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B8D10" w14:textId="157BC7A8" w:rsidR="00DF5FE1" w:rsidRPr="000B7E2F" w:rsidRDefault="00416B92">
      <w:pPr>
        <w:spacing w:after="160"/>
        <w:jc w:val="center"/>
        <w:rPr>
          <w:rFonts w:ascii="BIZ UDP明朝 Medium" w:eastAsia="BIZ UDP明朝 Medium" w:hAnsi="BIZ UDP明朝 Medium"/>
        </w:rPr>
      </w:pPr>
      <w:proofErr w:type="spellStart"/>
      <w:r w:rsidRPr="000B7E2F">
        <w:rPr>
          <w:rFonts w:ascii="BIZ UDP明朝 Medium" w:eastAsia="BIZ UDP明朝 Medium" w:hAnsi="BIZ UDP明朝 Medium"/>
          <w:b/>
          <w:sz w:val="36"/>
        </w:rPr>
        <w:t>喀痰吸引等研修</w:t>
      </w:r>
      <w:proofErr w:type="spellEnd"/>
      <w:r w:rsidRPr="000B7E2F">
        <w:rPr>
          <w:rFonts w:ascii="BIZ UDP明朝 Medium" w:eastAsia="BIZ UDP明朝 Medium" w:hAnsi="BIZ UDP明朝 Medium"/>
          <w:b/>
          <w:sz w:val="36"/>
        </w:rPr>
        <w:t xml:space="preserve"> </w:t>
      </w:r>
      <w:proofErr w:type="spellStart"/>
      <w:r w:rsidRPr="000B7E2F">
        <w:rPr>
          <w:rFonts w:ascii="BIZ UDP明朝 Medium" w:eastAsia="BIZ UDP明朝 Medium" w:hAnsi="BIZ UDP明朝 Medium"/>
          <w:b/>
          <w:sz w:val="36"/>
        </w:rPr>
        <w:t>受講申込書</w:t>
      </w:r>
      <w:proofErr w:type="spellEnd"/>
    </w:p>
    <w:p w14:paraId="5CAF714F" w14:textId="7785791A" w:rsidR="00DF5FE1" w:rsidRPr="00652126" w:rsidRDefault="00416B92" w:rsidP="00652126">
      <w:pPr>
        <w:spacing w:after="120"/>
        <w:jc w:val="right"/>
        <w:rPr>
          <w:rFonts w:ascii="BIZ UDP明朝 Medium" w:eastAsia="BIZ UDP明朝 Medium" w:hAnsi="BIZ UDP明朝 Medium"/>
          <w:sz w:val="22"/>
          <w:szCs w:val="24"/>
        </w:rPr>
      </w:pPr>
      <w:proofErr w:type="spellStart"/>
      <w:r w:rsidRPr="00652126">
        <w:rPr>
          <w:rFonts w:ascii="BIZ UDP明朝 Medium" w:eastAsia="BIZ UDP明朝 Medium" w:hAnsi="BIZ UDP明朝 Medium"/>
          <w:b/>
          <w:sz w:val="22"/>
          <w:szCs w:val="24"/>
        </w:rPr>
        <w:t>社会医療法人社団新都市医療研究会君津会</w:t>
      </w:r>
      <w:proofErr w:type="spellEnd"/>
      <w:r w:rsidR="00904115" w:rsidRPr="00652126">
        <w:rPr>
          <w:rFonts w:ascii="BIZ UDP明朝 Medium" w:eastAsia="BIZ UDP明朝 Medium" w:hAnsi="BIZ UDP明朝 Medium" w:hint="eastAsia"/>
          <w:b/>
          <w:sz w:val="22"/>
          <w:szCs w:val="24"/>
          <w:lang w:eastAsia="ja-JP"/>
        </w:rPr>
        <w:t xml:space="preserve">　</w:t>
      </w:r>
      <w:proofErr w:type="spellStart"/>
      <w:r w:rsidRPr="00652126">
        <w:rPr>
          <w:rFonts w:ascii="BIZ UDP明朝 Medium" w:eastAsia="BIZ UDP明朝 Medium" w:hAnsi="BIZ UDP明朝 Medium"/>
          <w:b/>
          <w:sz w:val="22"/>
          <w:szCs w:val="24"/>
        </w:rPr>
        <w:t>玄々堂君津病院</w:t>
      </w:r>
      <w:proofErr w:type="spellEnd"/>
    </w:p>
    <w:p w14:paraId="519ABD03" w14:textId="77777777" w:rsidR="00DF5FE1" w:rsidRPr="000B7E2F" w:rsidRDefault="00416B92">
      <w:pPr>
        <w:spacing w:before="100" w:after="60"/>
        <w:rPr>
          <w:rFonts w:ascii="BIZ UDP明朝 Medium" w:eastAsia="BIZ UDP明朝 Medium" w:hAnsi="BIZ UDP明朝 Medium"/>
        </w:rPr>
      </w:pPr>
      <w:r w:rsidRPr="000B7E2F">
        <w:rPr>
          <w:rFonts w:ascii="BIZ UDP明朝 Medium" w:eastAsia="BIZ UDP明朝 Medium" w:hAnsi="BIZ UDP明朝 Medium"/>
          <w:b/>
          <w:sz w:val="23"/>
        </w:rPr>
        <w:t>１．申込者基本情報</w:t>
      </w:r>
    </w:p>
    <w:tbl>
      <w:tblPr>
        <w:tblStyle w:val="afe"/>
        <w:tblW w:w="10344" w:type="dxa"/>
        <w:jc w:val="center"/>
        <w:tblLook w:val="04A0" w:firstRow="1" w:lastRow="0" w:firstColumn="1" w:lastColumn="0" w:noHBand="0" w:noVBand="1"/>
      </w:tblPr>
      <w:tblGrid>
        <w:gridCol w:w="1844"/>
        <w:gridCol w:w="2847"/>
        <w:gridCol w:w="854"/>
        <w:gridCol w:w="1821"/>
        <w:gridCol w:w="851"/>
        <w:gridCol w:w="2127"/>
      </w:tblGrid>
      <w:tr w:rsidR="001A216A" w:rsidRPr="000B7E2F" w14:paraId="6BEE8DE0" w14:textId="77777777" w:rsidTr="00891212">
        <w:trPr>
          <w:trHeight w:val="407"/>
          <w:jc w:val="center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CCFFFF"/>
            <w:vAlign w:val="center"/>
          </w:tcPr>
          <w:p w14:paraId="385209B6" w14:textId="07CBF64F" w:rsidR="001A216A" w:rsidRPr="000B7E2F" w:rsidRDefault="001A216A" w:rsidP="00904115">
            <w:pPr>
              <w:jc w:val="center"/>
              <w:rPr>
                <w:rFonts w:ascii="BIZ UDP明朝 Medium" w:eastAsia="BIZ UDP明朝 Medium" w:hAnsi="BIZ UDP明朝 Medium"/>
              </w:rPr>
            </w:pPr>
            <w:proofErr w:type="spellStart"/>
            <w:r w:rsidRPr="008B329B">
              <w:rPr>
                <w:rFonts w:ascii="BIZ UDP明朝 Medium" w:eastAsia="BIZ UDP明朝 Medium" w:hAnsi="BIZ UDP明朝 Medium"/>
                <w:b/>
                <w:spacing w:val="102"/>
                <w:sz w:val="20"/>
                <w:fitText w:val="1000" w:id="-381382396"/>
              </w:rPr>
              <w:t>フリガ</w:t>
            </w:r>
            <w:r w:rsidRPr="008B329B">
              <w:rPr>
                <w:rFonts w:ascii="BIZ UDP明朝 Medium" w:eastAsia="BIZ UDP明朝 Medium" w:hAnsi="BIZ UDP明朝 Medium"/>
                <w:b/>
                <w:spacing w:val="2"/>
                <w:sz w:val="20"/>
                <w:fitText w:val="1000" w:id="-381382396"/>
              </w:rPr>
              <w:t>ナ</w:t>
            </w:r>
            <w:proofErr w:type="spellEnd"/>
          </w:p>
        </w:tc>
        <w:tc>
          <w:tcPr>
            <w:tcW w:w="8500" w:type="dxa"/>
            <w:gridSpan w:val="5"/>
            <w:tcBorders>
              <w:bottom w:val="dotted" w:sz="4" w:space="0" w:color="auto"/>
            </w:tcBorders>
            <w:vAlign w:val="center"/>
          </w:tcPr>
          <w:p w14:paraId="3E4B5AFE" w14:textId="77777777" w:rsidR="001A216A" w:rsidRPr="000B7E2F" w:rsidRDefault="001A216A">
            <w:pPr>
              <w:rPr>
                <w:rFonts w:ascii="BIZ UDP明朝 Medium" w:eastAsia="BIZ UDP明朝 Medium" w:hAnsi="BIZ UDP明朝 Medium"/>
              </w:rPr>
            </w:pPr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　　　　　　　　　　　　　　　　　　　　　　　　　</w:t>
            </w:r>
          </w:p>
        </w:tc>
      </w:tr>
      <w:tr w:rsidR="001A216A" w:rsidRPr="000B7E2F" w14:paraId="7A7A068E" w14:textId="77777777" w:rsidTr="00891212">
        <w:trPr>
          <w:trHeight w:val="587"/>
          <w:jc w:val="center"/>
        </w:trPr>
        <w:tc>
          <w:tcPr>
            <w:tcW w:w="1844" w:type="dxa"/>
            <w:tcBorders>
              <w:top w:val="dotted" w:sz="4" w:space="0" w:color="auto"/>
            </w:tcBorders>
            <w:shd w:val="clear" w:color="auto" w:fill="CCFFFF"/>
            <w:vAlign w:val="center"/>
          </w:tcPr>
          <w:p w14:paraId="071B48E8" w14:textId="003B4662" w:rsidR="001A216A" w:rsidRPr="000B7E2F" w:rsidRDefault="001A216A" w:rsidP="00904115">
            <w:pPr>
              <w:jc w:val="center"/>
              <w:rPr>
                <w:rFonts w:ascii="BIZ UDP明朝 Medium" w:eastAsia="BIZ UDP明朝 Medium" w:hAnsi="BIZ UDP明朝 Medium"/>
                <w:b/>
                <w:sz w:val="20"/>
              </w:rPr>
            </w:pPr>
            <w:r w:rsidRPr="008B329B">
              <w:rPr>
                <w:rFonts w:ascii="BIZ UDP明朝 Medium" w:eastAsia="BIZ UDP明朝 Medium" w:hAnsi="BIZ UDP明朝 Medium" w:hint="eastAsia"/>
                <w:b/>
                <w:spacing w:val="599"/>
                <w:sz w:val="20"/>
                <w:fitText w:val="1000" w:id="-381382655"/>
                <w:lang w:eastAsia="ja-JP"/>
              </w:rPr>
              <w:t>氏</w:t>
            </w:r>
            <w:r w:rsidRPr="008B329B">
              <w:rPr>
                <w:rFonts w:ascii="BIZ UDP明朝 Medium" w:eastAsia="BIZ UDP明朝 Medium" w:hAnsi="BIZ UDP明朝 Medium" w:hint="eastAsia"/>
                <w:b/>
                <w:spacing w:val="1"/>
                <w:sz w:val="20"/>
                <w:fitText w:val="1000" w:id="-381382655"/>
                <w:lang w:eastAsia="ja-JP"/>
              </w:rPr>
              <w:t>名</w:t>
            </w:r>
          </w:p>
        </w:tc>
        <w:tc>
          <w:tcPr>
            <w:tcW w:w="8500" w:type="dxa"/>
            <w:gridSpan w:val="5"/>
            <w:tcBorders>
              <w:top w:val="dotted" w:sz="4" w:space="0" w:color="auto"/>
            </w:tcBorders>
            <w:vAlign w:val="center"/>
          </w:tcPr>
          <w:p w14:paraId="3CC8B2A4" w14:textId="77777777" w:rsidR="001A216A" w:rsidRPr="000B7E2F" w:rsidRDefault="001A216A">
            <w:pPr>
              <w:rPr>
                <w:rFonts w:ascii="BIZ UDP明朝 Medium" w:eastAsia="BIZ UDP明朝 Medium" w:hAnsi="BIZ UDP明朝 Medium"/>
                <w:sz w:val="20"/>
              </w:rPr>
            </w:pPr>
          </w:p>
        </w:tc>
      </w:tr>
      <w:tr w:rsidR="002D0B72" w:rsidRPr="000B7E2F" w14:paraId="711069A3" w14:textId="77777777" w:rsidTr="00891212">
        <w:trPr>
          <w:trHeight w:val="840"/>
          <w:jc w:val="center"/>
        </w:trPr>
        <w:tc>
          <w:tcPr>
            <w:tcW w:w="1844" w:type="dxa"/>
            <w:shd w:val="clear" w:color="auto" w:fill="CCFFFF"/>
            <w:vAlign w:val="center"/>
          </w:tcPr>
          <w:p w14:paraId="39C5AEC8" w14:textId="740A6609" w:rsidR="002D0B72" w:rsidRPr="000B7E2F" w:rsidRDefault="002D0B72" w:rsidP="00904115">
            <w:pPr>
              <w:jc w:val="center"/>
              <w:rPr>
                <w:rFonts w:ascii="BIZ UDP明朝 Medium" w:eastAsia="BIZ UDP明朝 Medium" w:hAnsi="BIZ UDP明朝 Medium"/>
                <w:lang w:eastAsia="ja-JP"/>
              </w:rPr>
            </w:pPr>
            <w:r w:rsidRPr="008B329B">
              <w:rPr>
                <w:rFonts w:ascii="BIZ UDP明朝 Medium" w:eastAsia="BIZ UDP明朝 Medium" w:hAnsi="BIZ UDP明朝 Medium"/>
                <w:b/>
                <w:spacing w:val="66"/>
                <w:sz w:val="20"/>
                <w:fitText w:val="1000" w:id="-381382654"/>
                <w:lang w:eastAsia="ja-JP"/>
              </w:rPr>
              <w:t>生年月</w:t>
            </w:r>
            <w:r w:rsidRPr="008B329B">
              <w:rPr>
                <w:rFonts w:ascii="BIZ UDP明朝 Medium" w:eastAsia="BIZ UDP明朝 Medium" w:hAnsi="BIZ UDP明朝 Medium"/>
                <w:b/>
                <w:spacing w:val="2"/>
                <w:sz w:val="20"/>
                <w:fitText w:val="1000" w:id="-381382654"/>
                <w:lang w:eastAsia="ja-JP"/>
              </w:rPr>
              <w:t>日</w:t>
            </w:r>
          </w:p>
        </w:tc>
        <w:tc>
          <w:tcPr>
            <w:tcW w:w="2847" w:type="dxa"/>
            <w:vAlign w:val="center"/>
          </w:tcPr>
          <w:p w14:paraId="70D1ACAD" w14:textId="00B38342" w:rsidR="002D0B72" w:rsidRPr="000B7E2F" w:rsidRDefault="002D0B72">
            <w:pPr>
              <w:rPr>
                <w:rFonts w:ascii="BIZ UDP明朝 Medium" w:eastAsia="BIZ UDP明朝 Medium" w:hAnsi="BIZ UDP明朝 Medium"/>
                <w:lang w:eastAsia="ja-JP"/>
              </w:rPr>
            </w:pPr>
            <w:r w:rsidRPr="000B7E2F">
              <w:rPr>
                <w:rFonts w:ascii="BIZ UDP明朝 Medium" w:eastAsia="BIZ UDP明朝 Medium" w:hAnsi="BIZ UDP明朝 Medium"/>
                <w:sz w:val="20"/>
                <w:lang w:eastAsia="ja-JP"/>
              </w:rPr>
              <w:t xml:space="preserve">　</w:t>
            </w:r>
            <w:r w:rsidR="00904115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　</w:t>
            </w:r>
            <w:r w:rsidRPr="000B7E2F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　</w:t>
            </w:r>
            <w:r w:rsidRPr="000B7E2F">
              <w:rPr>
                <w:rFonts w:ascii="BIZ UDP明朝 Medium" w:eastAsia="BIZ UDP明朝 Medium" w:hAnsi="BIZ UDP明朝 Medium"/>
                <w:sz w:val="20"/>
                <w:lang w:eastAsia="ja-JP"/>
              </w:rPr>
              <w:t xml:space="preserve">　年　　</w:t>
            </w:r>
            <w:r w:rsidR="00904115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　</w:t>
            </w:r>
            <w:r w:rsidRPr="000B7E2F">
              <w:rPr>
                <w:rFonts w:ascii="BIZ UDP明朝 Medium" w:eastAsia="BIZ UDP明朝 Medium" w:hAnsi="BIZ UDP明朝 Medium"/>
                <w:sz w:val="20"/>
                <w:lang w:eastAsia="ja-JP"/>
              </w:rPr>
              <w:t>月</w:t>
            </w:r>
            <w:r w:rsidRPr="000B7E2F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　</w:t>
            </w:r>
            <w:r w:rsidR="00904115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</w:t>
            </w:r>
            <w:r w:rsidRPr="000B7E2F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>日</w:t>
            </w:r>
          </w:p>
        </w:tc>
        <w:tc>
          <w:tcPr>
            <w:tcW w:w="854" w:type="dxa"/>
            <w:shd w:val="clear" w:color="auto" w:fill="CCFFFF"/>
            <w:vAlign w:val="center"/>
          </w:tcPr>
          <w:p w14:paraId="36DA5A5D" w14:textId="28A16F9A" w:rsidR="002D0B72" w:rsidRPr="000B7E2F" w:rsidRDefault="002D0B72" w:rsidP="008B329B">
            <w:pPr>
              <w:ind w:leftChars="-48" w:left="-101"/>
              <w:jc w:val="center"/>
              <w:rPr>
                <w:rFonts w:ascii="BIZ UDP明朝 Medium" w:eastAsia="BIZ UDP明朝 Medium" w:hAnsi="BIZ UDP明朝 Medium"/>
                <w:lang w:eastAsia="ja-JP"/>
              </w:rPr>
            </w:pPr>
            <w:r w:rsidRPr="000B7E2F">
              <w:rPr>
                <w:rFonts w:ascii="BIZ UDP明朝 Medium" w:eastAsia="BIZ UDP明朝 Medium" w:hAnsi="BIZ UDP明朝 Medium" w:hint="eastAsia"/>
                <w:lang w:eastAsia="ja-JP"/>
              </w:rPr>
              <w:t>年</w:t>
            </w:r>
            <w:r w:rsidR="008B329B">
              <w:rPr>
                <w:rFonts w:ascii="BIZ UDP明朝 Medium" w:eastAsia="BIZ UDP明朝 Medium" w:hAnsi="BIZ UDP明朝 Medium" w:hint="eastAsia"/>
                <w:lang w:eastAsia="ja-JP"/>
              </w:rPr>
              <w:t xml:space="preserve">　</w:t>
            </w:r>
            <w:r w:rsidRPr="000B7E2F">
              <w:rPr>
                <w:rFonts w:ascii="BIZ UDP明朝 Medium" w:eastAsia="BIZ UDP明朝 Medium" w:hAnsi="BIZ UDP明朝 Medium" w:hint="eastAsia"/>
                <w:lang w:eastAsia="ja-JP"/>
              </w:rPr>
              <w:t>齢</w:t>
            </w:r>
          </w:p>
        </w:tc>
        <w:tc>
          <w:tcPr>
            <w:tcW w:w="1821" w:type="dxa"/>
            <w:vAlign w:val="center"/>
          </w:tcPr>
          <w:p w14:paraId="71C982D1" w14:textId="180AF528" w:rsidR="002D0B72" w:rsidRPr="000B7E2F" w:rsidRDefault="002D0B72" w:rsidP="00904115">
            <w:pPr>
              <w:jc w:val="center"/>
              <w:rPr>
                <w:rFonts w:ascii="BIZ UDP明朝 Medium" w:eastAsia="BIZ UDP明朝 Medium" w:hAnsi="BIZ UDP明朝 Medium"/>
                <w:lang w:eastAsia="ja-JP"/>
              </w:rPr>
            </w:pPr>
            <w:r w:rsidRPr="000B7E2F">
              <w:rPr>
                <w:rFonts w:ascii="BIZ UDP明朝 Medium" w:eastAsia="BIZ UDP明朝 Medium" w:hAnsi="BIZ UDP明朝 Medium" w:hint="eastAsia"/>
                <w:lang w:eastAsia="ja-JP"/>
              </w:rPr>
              <w:t xml:space="preserve">満　</w:t>
            </w:r>
            <w:r w:rsidR="00904115">
              <w:rPr>
                <w:rFonts w:ascii="BIZ UDP明朝 Medium" w:eastAsia="BIZ UDP明朝 Medium" w:hAnsi="BIZ UDP明朝 Medium" w:hint="eastAsia"/>
                <w:lang w:eastAsia="ja-JP"/>
              </w:rPr>
              <w:t xml:space="preserve">　</w:t>
            </w:r>
            <w:r w:rsidRPr="000B7E2F">
              <w:rPr>
                <w:rFonts w:ascii="BIZ UDP明朝 Medium" w:eastAsia="BIZ UDP明朝 Medium" w:hAnsi="BIZ UDP明朝 Medium" w:hint="eastAsia"/>
                <w:lang w:eastAsia="ja-JP"/>
              </w:rPr>
              <w:t xml:space="preserve">　　歳</w:t>
            </w:r>
          </w:p>
        </w:tc>
        <w:tc>
          <w:tcPr>
            <w:tcW w:w="851" w:type="dxa"/>
            <w:shd w:val="clear" w:color="auto" w:fill="CCFFFF"/>
            <w:vAlign w:val="center"/>
          </w:tcPr>
          <w:p w14:paraId="641FE4B9" w14:textId="1003BA40" w:rsidR="002D0B72" w:rsidRPr="000B7E2F" w:rsidRDefault="00B1229F" w:rsidP="008B329B">
            <w:pPr>
              <w:jc w:val="center"/>
              <w:rPr>
                <w:rFonts w:ascii="BIZ UDP明朝 Medium" w:eastAsia="BIZ UDP明朝 Medium" w:hAnsi="BIZ UDP明朝 Medium"/>
                <w:lang w:eastAsia="ja-JP"/>
              </w:rPr>
            </w:pPr>
            <w:r w:rsidRPr="000B7E2F">
              <w:rPr>
                <w:rFonts w:ascii="BIZ UDP明朝 Medium" w:eastAsia="BIZ UDP明朝 Medium" w:hAnsi="BIZ UDP明朝 Medium" w:hint="eastAsia"/>
                <w:lang w:eastAsia="ja-JP"/>
              </w:rPr>
              <w:t>性</w:t>
            </w:r>
            <w:r w:rsidR="008B329B">
              <w:rPr>
                <w:rFonts w:ascii="BIZ UDP明朝 Medium" w:eastAsia="BIZ UDP明朝 Medium" w:hAnsi="BIZ UDP明朝 Medium" w:hint="eastAsia"/>
                <w:lang w:eastAsia="ja-JP"/>
              </w:rPr>
              <w:t xml:space="preserve">　</w:t>
            </w:r>
            <w:r w:rsidRPr="000B7E2F">
              <w:rPr>
                <w:rFonts w:ascii="BIZ UDP明朝 Medium" w:eastAsia="BIZ UDP明朝 Medium" w:hAnsi="BIZ UDP明朝 Medium" w:hint="eastAsia"/>
                <w:lang w:eastAsia="ja-JP"/>
              </w:rPr>
              <w:t>別</w:t>
            </w:r>
          </w:p>
        </w:tc>
        <w:tc>
          <w:tcPr>
            <w:tcW w:w="2127" w:type="dxa"/>
            <w:vAlign w:val="center"/>
          </w:tcPr>
          <w:p w14:paraId="6FCEF16A" w14:textId="7DDE15EF" w:rsidR="002D0B72" w:rsidRPr="000B7E2F" w:rsidRDefault="00B1229F" w:rsidP="00B1229F">
            <w:pPr>
              <w:jc w:val="center"/>
              <w:rPr>
                <w:rFonts w:ascii="BIZ UDP明朝 Medium" w:eastAsia="BIZ UDP明朝 Medium" w:hAnsi="BIZ UDP明朝 Medium"/>
                <w:lang w:eastAsia="ja-JP"/>
              </w:rPr>
            </w:pPr>
            <w:r w:rsidRPr="000B7E2F">
              <w:rPr>
                <w:rFonts w:ascii="BIZ UDP明朝 Medium" w:eastAsia="BIZ UDP明朝 Medium" w:hAnsi="BIZ UDP明朝 Medium" w:hint="eastAsia"/>
                <w:lang w:eastAsia="ja-JP"/>
              </w:rPr>
              <w:t xml:space="preserve">男　</w:t>
            </w:r>
            <w:r w:rsidR="00904115">
              <w:rPr>
                <w:rFonts w:ascii="BIZ UDP明朝 Medium" w:eastAsia="BIZ UDP明朝 Medium" w:hAnsi="BIZ UDP明朝 Medium" w:hint="eastAsia"/>
                <w:lang w:eastAsia="ja-JP"/>
              </w:rPr>
              <w:t xml:space="preserve">　</w:t>
            </w:r>
            <w:r w:rsidRPr="000B7E2F">
              <w:rPr>
                <w:rFonts w:ascii="BIZ UDP明朝 Medium" w:eastAsia="BIZ UDP明朝 Medium" w:hAnsi="BIZ UDP明朝 Medium" w:hint="eastAsia"/>
                <w:lang w:eastAsia="ja-JP"/>
              </w:rPr>
              <w:t xml:space="preserve">・　</w:t>
            </w:r>
            <w:r w:rsidR="00904115">
              <w:rPr>
                <w:rFonts w:ascii="BIZ UDP明朝 Medium" w:eastAsia="BIZ UDP明朝 Medium" w:hAnsi="BIZ UDP明朝 Medium" w:hint="eastAsia"/>
                <w:lang w:eastAsia="ja-JP"/>
              </w:rPr>
              <w:t xml:space="preserve">　</w:t>
            </w:r>
            <w:r w:rsidRPr="000B7E2F">
              <w:rPr>
                <w:rFonts w:ascii="BIZ UDP明朝 Medium" w:eastAsia="BIZ UDP明朝 Medium" w:hAnsi="BIZ UDP明朝 Medium" w:hint="eastAsia"/>
                <w:lang w:eastAsia="ja-JP"/>
              </w:rPr>
              <w:t>女</w:t>
            </w:r>
          </w:p>
        </w:tc>
      </w:tr>
      <w:tr w:rsidR="00DF5FE1" w:rsidRPr="000B7E2F" w14:paraId="4F31ED62" w14:textId="77777777" w:rsidTr="00891212">
        <w:trPr>
          <w:trHeight w:val="814"/>
          <w:jc w:val="center"/>
        </w:trPr>
        <w:tc>
          <w:tcPr>
            <w:tcW w:w="1844" w:type="dxa"/>
            <w:shd w:val="clear" w:color="auto" w:fill="CCFFFF"/>
            <w:vAlign w:val="center"/>
          </w:tcPr>
          <w:p w14:paraId="1DB1956B" w14:textId="7D07D4AC" w:rsidR="00DF5FE1" w:rsidRPr="000B7E2F" w:rsidRDefault="00416B92" w:rsidP="00904115">
            <w:pPr>
              <w:jc w:val="center"/>
              <w:rPr>
                <w:rFonts w:ascii="BIZ UDP明朝 Medium" w:eastAsia="BIZ UDP明朝 Medium" w:hAnsi="BIZ UDP明朝 Medium"/>
              </w:rPr>
            </w:pPr>
            <w:proofErr w:type="spellStart"/>
            <w:r w:rsidRPr="008B329B">
              <w:rPr>
                <w:rFonts w:ascii="BIZ UDP明朝 Medium" w:eastAsia="BIZ UDP明朝 Medium" w:hAnsi="BIZ UDP明朝 Medium"/>
                <w:b/>
                <w:spacing w:val="599"/>
                <w:sz w:val="20"/>
                <w:fitText w:val="1000" w:id="-381382400"/>
              </w:rPr>
              <w:t>住</w:t>
            </w:r>
            <w:r w:rsidRPr="008B329B">
              <w:rPr>
                <w:rFonts w:ascii="BIZ UDP明朝 Medium" w:eastAsia="BIZ UDP明朝 Medium" w:hAnsi="BIZ UDP明朝 Medium"/>
                <w:b/>
                <w:spacing w:val="1"/>
                <w:sz w:val="20"/>
                <w:fitText w:val="1000" w:id="-381382400"/>
              </w:rPr>
              <w:t>所</w:t>
            </w:r>
            <w:proofErr w:type="spellEnd"/>
          </w:p>
        </w:tc>
        <w:tc>
          <w:tcPr>
            <w:tcW w:w="8500" w:type="dxa"/>
            <w:gridSpan w:val="5"/>
            <w:vAlign w:val="center"/>
          </w:tcPr>
          <w:p w14:paraId="69F9B509" w14:textId="77777777" w:rsidR="00F73382" w:rsidRPr="000B7E2F" w:rsidRDefault="00416B92">
            <w:pPr>
              <w:rPr>
                <w:rFonts w:ascii="BIZ UDP明朝 Medium" w:eastAsia="BIZ UDP明朝 Medium" w:hAnsi="BIZ UDP明朝 Medium"/>
                <w:sz w:val="20"/>
                <w:lang w:eastAsia="ja-JP"/>
              </w:rPr>
            </w:pPr>
            <w:r w:rsidRPr="000B7E2F">
              <w:rPr>
                <w:rFonts w:ascii="BIZ UDP明朝 Medium" w:eastAsia="BIZ UDP明朝 Medium" w:hAnsi="BIZ UDP明朝 Medium"/>
                <w:sz w:val="20"/>
              </w:rPr>
              <w:t>〒　　　　－</w:t>
            </w:r>
          </w:p>
          <w:p w14:paraId="40BDDF72" w14:textId="2BA316E0" w:rsidR="00DF5FE1" w:rsidRPr="000B7E2F" w:rsidRDefault="00416B92">
            <w:pPr>
              <w:rPr>
                <w:rFonts w:ascii="BIZ UDP明朝 Medium" w:eastAsia="BIZ UDP明朝 Medium" w:hAnsi="BIZ UDP明朝 Medium"/>
              </w:rPr>
            </w:pPr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　　　　　　　　　　　　　　　　　　　　　　　　　</w:t>
            </w:r>
          </w:p>
        </w:tc>
      </w:tr>
      <w:tr w:rsidR="00DF5FE1" w:rsidRPr="000B7E2F" w14:paraId="489C61B1" w14:textId="77777777" w:rsidTr="00891212">
        <w:trPr>
          <w:trHeight w:val="555"/>
          <w:jc w:val="center"/>
        </w:trPr>
        <w:tc>
          <w:tcPr>
            <w:tcW w:w="1844" w:type="dxa"/>
            <w:shd w:val="clear" w:color="auto" w:fill="CCFFFF"/>
            <w:vAlign w:val="center"/>
          </w:tcPr>
          <w:p w14:paraId="496CA1B1" w14:textId="77777777" w:rsidR="00DF5FE1" w:rsidRPr="000B7E2F" w:rsidRDefault="00416B92" w:rsidP="00904115">
            <w:pPr>
              <w:jc w:val="center"/>
              <w:rPr>
                <w:rFonts w:ascii="BIZ UDP明朝 Medium" w:eastAsia="BIZ UDP明朝 Medium" w:hAnsi="BIZ UDP明朝 Medium"/>
              </w:rPr>
            </w:pPr>
            <w:proofErr w:type="spellStart"/>
            <w:r w:rsidRPr="008B329B">
              <w:rPr>
                <w:rFonts w:ascii="BIZ UDP明朝 Medium" w:eastAsia="BIZ UDP明朝 Medium" w:hAnsi="BIZ UDP明朝 Medium"/>
                <w:b/>
                <w:spacing w:val="66"/>
                <w:sz w:val="20"/>
                <w:fitText w:val="1000" w:id="-381382399"/>
              </w:rPr>
              <w:t>電話番</w:t>
            </w:r>
            <w:r w:rsidRPr="008B329B">
              <w:rPr>
                <w:rFonts w:ascii="BIZ UDP明朝 Medium" w:eastAsia="BIZ UDP明朝 Medium" w:hAnsi="BIZ UDP明朝 Medium"/>
                <w:b/>
                <w:spacing w:val="2"/>
                <w:sz w:val="20"/>
                <w:fitText w:val="1000" w:id="-381382399"/>
              </w:rPr>
              <w:t>号</w:t>
            </w:r>
            <w:proofErr w:type="spellEnd"/>
          </w:p>
        </w:tc>
        <w:tc>
          <w:tcPr>
            <w:tcW w:w="8500" w:type="dxa"/>
            <w:gridSpan w:val="5"/>
            <w:vAlign w:val="center"/>
          </w:tcPr>
          <w:p w14:paraId="6783DC04" w14:textId="77777777" w:rsidR="00DF5FE1" w:rsidRPr="000B7E2F" w:rsidRDefault="00416B92">
            <w:pPr>
              <w:rPr>
                <w:rFonts w:ascii="BIZ UDP明朝 Medium" w:eastAsia="BIZ UDP明朝 Medium" w:hAnsi="BIZ UDP明朝 Medium"/>
              </w:rPr>
            </w:pPr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　　　　　　　　　　　　　　　　　　　　　　　　　</w:t>
            </w:r>
          </w:p>
        </w:tc>
      </w:tr>
      <w:tr w:rsidR="00DF5FE1" w:rsidRPr="000B7E2F" w14:paraId="6408B68D" w14:textId="77777777" w:rsidTr="00891212">
        <w:trPr>
          <w:trHeight w:val="549"/>
          <w:jc w:val="center"/>
        </w:trPr>
        <w:tc>
          <w:tcPr>
            <w:tcW w:w="1844" w:type="dxa"/>
            <w:shd w:val="clear" w:color="auto" w:fill="CCFFFF"/>
            <w:vAlign w:val="center"/>
          </w:tcPr>
          <w:p w14:paraId="325C8DC8" w14:textId="77777777" w:rsidR="00DF5FE1" w:rsidRPr="000B7E2F" w:rsidRDefault="00416B92" w:rsidP="00904115">
            <w:pPr>
              <w:jc w:val="center"/>
              <w:rPr>
                <w:rFonts w:ascii="BIZ UDP明朝 Medium" w:eastAsia="BIZ UDP明朝 Medium" w:hAnsi="BIZ UDP明朝 Medium"/>
              </w:rPr>
            </w:pPr>
            <w:proofErr w:type="spellStart"/>
            <w:r w:rsidRPr="008B329B">
              <w:rPr>
                <w:rFonts w:ascii="BIZ UDP明朝 Medium" w:eastAsia="BIZ UDP明朝 Medium" w:hAnsi="BIZ UDP明朝 Medium"/>
                <w:b/>
                <w:w w:val="82"/>
                <w:sz w:val="20"/>
                <w:fitText w:val="1000" w:id="-381382398"/>
              </w:rPr>
              <w:t>メールアドレス</w:t>
            </w:r>
            <w:proofErr w:type="spellEnd"/>
          </w:p>
        </w:tc>
        <w:tc>
          <w:tcPr>
            <w:tcW w:w="8500" w:type="dxa"/>
            <w:gridSpan w:val="5"/>
            <w:vAlign w:val="center"/>
          </w:tcPr>
          <w:p w14:paraId="23B7FA44" w14:textId="77777777" w:rsidR="00DF5FE1" w:rsidRPr="000B7E2F" w:rsidRDefault="00416B92">
            <w:pPr>
              <w:rPr>
                <w:rFonts w:ascii="BIZ UDP明朝 Medium" w:eastAsia="BIZ UDP明朝 Medium" w:hAnsi="BIZ UDP明朝 Medium"/>
              </w:rPr>
            </w:pPr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　　　　　　　　　　　　　　　　　　　　　　　　　</w:t>
            </w:r>
          </w:p>
        </w:tc>
      </w:tr>
      <w:tr w:rsidR="00DF5FE1" w:rsidRPr="000B7E2F" w14:paraId="79144B82" w14:textId="77777777" w:rsidTr="00891212">
        <w:trPr>
          <w:trHeight w:val="557"/>
          <w:jc w:val="center"/>
        </w:trPr>
        <w:tc>
          <w:tcPr>
            <w:tcW w:w="1844" w:type="dxa"/>
            <w:shd w:val="clear" w:color="auto" w:fill="CCFFFF"/>
            <w:vAlign w:val="center"/>
          </w:tcPr>
          <w:p w14:paraId="3D5033BD" w14:textId="77777777" w:rsidR="00DF5FE1" w:rsidRPr="000B7E2F" w:rsidRDefault="00416B92" w:rsidP="00904115">
            <w:pPr>
              <w:jc w:val="center"/>
              <w:rPr>
                <w:rFonts w:ascii="BIZ UDP明朝 Medium" w:eastAsia="BIZ UDP明朝 Medium" w:hAnsi="BIZ UDP明朝 Medium"/>
              </w:rPr>
            </w:pPr>
            <w:proofErr w:type="spellStart"/>
            <w:r w:rsidRPr="008B329B">
              <w:rPr>
                <w:rFonts w:ascii="BIZ UDP明朝 Medium" w:eastAsia="BIZ UDP明朝 Medium" w:hAnsi="BIZ UDP明朝 Medium"/>
                <w:b/>
                <w:w w:val="90"/>
                <w:sz w:val="20"/>
                <w:fitText w:val="1000" w:id="-381382397"/>
              </w:rPr>
              <w:t>勤務先・所</w:t>
            </w:r>
            <w:r w:rsidRPr="008B329B">
              <w:rPr>
                <w:rFonts w:ascii="BIZ UDP明朝 Medium" w:eastAsia="BIZ UDP明朝 Medium" w:hAnsi="BIZ UDP明朝 Medium"/>
                <w:b/>
                <w:spacing w:val="10"/>
                <w:w w:val="90"/>
                <w:sz w:val="20"/>
                <w:fitText w:val="1000" w:id="-381382397"/>
              </w:rPr>
              <w:t>属</w:t>
            </w:r>
            <w:proofErr w:type="spellEnd"/>
          </w:p>
        </w:tc>
        <w:tc>
          <w:tcPr>
            <w:tcW w:w="8500" w:type="dxa"/>
            <w:gridSpan w:val="5"/>
            <w:vAlign w:val="center"/>
          </w:tcPr>
          <w:p w14:paraId="48DD9E72" w14:textId="77777777" w:rsidR="00DF5FE1" w:rsidRPr="000B7E2F" w:rsidRDefault="00416B92">
            <w:pPr>
              <w:rPr>
                <w:rFonts w:ascii="BIZ UDP明朝 Medium" w:eastAsia="BIZ UDP明朝 Medium" w:hAnsi="BIZ UDP明朝 Medium"/>
              </w:rPr>
            </w:pPr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　　　　　　　　　　　　　　　　　　　　　　　　　</w:t>
            </w:r>
          </w:p>
        </w:tc>
      </w:tr>
    </w:tbl>
    <w:p w14:paraId="1AA1C11A" w14:textId="1D23C4A2" w:rsidR="00DF5FE1" w:rsidRPr="000B7E2F" w:rsidRDefault="00416B92">
      <w:pPr>
        <w:spacing w:after="8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lang w:eastAsia="ja-JP"/>
        </w:rPr>
        <w:t>介護業務経験年数：　　　　　年　　　　　月</w:t>
      </w:r>
    </w:p>
    <w:p w14:paraId="49A78735" w14:textId="77777777" w:rsidR="00DA6783" w:rsidRPr="00BA6149" w:rsidRDefault="00DA6783">
      <w:pPr>
        <w:spacing w:before="100" w:after="60"/>
        <w:rPr>
          <w:rFonts w:ascii="BIZ UDP明朝 Medium" w:eastAsia="BIZ UDP明朝 Medium" w:hAnsi="BIZ UDP明朝 Medium"/>
          <w:b/>
          <w:sz w:val="14"/>
          <w:szCs w:val="12"/>
          <w:lang w:eastAsia="ja-JP"/>
        </w:rPr>
      </w:pPr>
    </w:p>
    <w:p w14:paraId="4A79B41F" w14:textId="3A5E47D7" w:rsidR="00DF5FE1" w:rsidRPr="000B7E2F" w:rsidRDefault="00416B92">
      <w:pPr>
        <w:spacing w:before="100" w:after="6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b/>
          <w:sz w:val="23"/>
          <w:lang w:eastAsia="ja-JP"/>
        </w:rPr>
        <w:t>２．保有資格</w:t>
      </w:r>
      <w:r w:rsidR="00453A30">
        <w:rPr>
          <w:rFonts w:ascii="BIZ UDP明朝 Medium" w:eastAsia="BIZ UDP明朝 Medium" w:hAnsi="BIZ UDP明朝 Medium" w:hint="eastAsia"/>
          <w:b/>
          <w:sz w:val="23"/>
          <w:lang w:eastAsia="ja-JP"/>
        </w:rPr>
        <w:t xml:space="preserve">　※資格証の写しを添付して提出してください。</w:t>
      </w:r>
    </w:p>
    <w:tbl>
      <w:tblPr>
        <w:tblStyle w:val="afe"/>
        <w:tblW w:w="10328" w:type="dxa"/>
        <w:jc w:val="center"/>
        <w:tblLook w:val="04A0" w:firstRow="1" w:lastRow="0" w:firstColumn="1" w:lastColumn="0" w:noHBand="0" w:noVBand="1"/>
      </w:tblPr>
      <w:tblGrid>
        <w:gridCol w:w="5164"/>
        <w:gridCol w:w="5164"/>
      </w:tblGrid>
      <w:tr w:rsidR="00DF5FE1" w:rsidRPr="000B7E2F" w14:paraId="130AA459" w14:textId="77777777" w:rsidTr="009F111B">
        <w:trPr>
          <w:trHeight w:val="573"/>
          <w:jc w:val="center"/>
        </w:trPr>
        <w:tc>
          <w:tcPr>
            <w:tcW w:w="5164" w:type="dxa"/>
            <w:vAlign w:val="center"/>
          </w:tcPr>
          <w:p w14:paraId="39FFF383" w14:textId="026F5F58" w:rsidR="00DF5FE1" w:rsidRPr="000B7E2F" w:rsidRDefault="00416B92" w:rsidP="00B274A1">
            <w:pPr>
              <w:ind w:firstLineChars="100" w:firstLine="200"/>
              <w:rPr>
                <w:rFonts w:ascii="BIZ UDP明朝 Medium" w:eastAsia="BIZ UDP明朝 Medium" w:hAnsi="BIZ UDP明朝 Medium"/>
              </w:rPr>
            </w:pPr>
            <w:r w:rsidRPr="000B7E2F">
              <w:rPr>
                <w:rFonts w:ascii="BIZ UDP明朝 Medium" w:eastAsia="BIZ UDP明朝 Medium" w:hAnsi="BIZ UDP明朝 Medium"/>
                <w:sz w:val="20"/>
              </w:rPr>
              <w:t>□</w:t>
            </w:r>
            <w:r w:rsidR="005A67C8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</w:t>
            </w:r>
            <w:proofErr w:type="spellStart"/>
            <w:r w:rsidRPr="000B7E2F">
              <w:rPr>
                <w:rFonts w:ascii="BIZ UDP明朝 Medium" w:eastAsia="BIZ UDP明朝 Medium" w:hAnsi="BIZ UDP明朝 Medium"/>
                <w:sz w:val="20"/>
              </w:rPr>
              <w:t>介護福祉士</w:t>
            </w:r>
            <w:proofErr w:type="spellEnd"/>
          </w:p>
        </w:tc>
        <w:tc>
          <w:tcPr>
            <w:tcW w:w="5164" w:type="dxa"/>
            <w:vAlign w:val="center"/>
          </w:tcPr>
          <w:p w14:paraId="2B2DB1CC" w14:textId="1CE564B3" w:rsidR="00DF5FE1" w:rsidRPr="000B7E2F" w:rsidRDefault="00416B92" w:rsidP="0051733E">
            <w:pPr>
              <w:ind w:firstLineChars="100" w:firstLine="200"/>
              <w:rPr>
                <w:rFonts w:ascii="BIZ UDP明朝 Medium" w:eastAsia="BIZ UDP明朝 Medium" w:hAnsi="BIZ UDP明朝 Medium"/>
              </w:rPr>
            </w:pPr>
            <w:proofErr w:type="spellStart"/>
            <w:r w:rsidRPr="000B7E2F">
              <w:rPr>
                <w:rFonts w:ascii="BIZ UDP明朝 Medium" w:eastAsia="BIZ UDP明朝 Medium" w:hAnsi="BIZ UDP明朝 Medium"/>
                <w:sz w:val="20"/>
              </w:rPr>
              <w:t>取得年月</w:t>
            </w:r>
            <w:proofErr w:type="spellEnd"/>
            <w:r w:rsidRPr="000B7E2F">
              <w:rPr>
                <w:rFonts w:ascii="BIZ UDP明朝 Medium" w:eastAsia="BIZ UDP明朝 Medium" w:hAnsi="BIZ UDP明朝 Medium"/>
                <w:sz w:val="20"/>
              </w:rPr>
              <w:t>：</w:t>
            </w:r>
            <w:r w:rsidR="0051733E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</w:t>
            </w:r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　　　　年</w:t>
            </w:r>
            <w:r w:rsidR="0051733E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</w:t>
            </w:r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　　　月</w:t>
            </w:r>
          </w:p>
        </w:tc>
      </w:tr>
      <w:tr w:rsidR="00DF5FE1" w:rsidRPr="000B7E2F" w14:paraId="5F2F8895" w14:textId="77777777" w:rsidTr="009F111B">
        <w:trPr>
          <w:trHeight w:val="573"/>
          <w:jc w:val="center"/>
        </w:trPr>
        <w:tc>
          <w:tcPr>
            <w:tcW w:w="5164" w:type="dxa"/>
            <w:vAlign w:val="center"/>
          </w:tcPr>
          <w:p w14:paraId="1A4F9784" w14:textId="07E07C06" w:rsidR="00DF5FE1" w:rsidRPr="000B7E2F" w:rsidRDefault="00416B92" w:rsidP="00B274A1">
            <w:pPr>
              <w:ind w:firstLineChars="100" w:firstLine="200"/>
              <w:rPr>
                <w:rFonts w:ascii="BIZ UDP明朝 Medium" w:eastAsia="BIZ UDP明朝 Medium" w:hAnsi="BIZ UDP明朝 Medium"/>
                <w:lang w:eastAsia="ja-JP"/>
              </w:rPr>
            </w:pPr>
            <w:r w:rsidRPr="000B7E2F">
              <w:rPr>
                <w:rFonts w:ascii="BIZ UDP明朝 Medium" w:eastAsia="BIZ UDP明朝 Medium" w:hAnsi="BIZ UDP明朝 Medium"/>
                <w:sz w:val="20"/>
                <w:lang w:eastAsia="ja-JP"/>
              </w:rPr>
              <w:t>□</w:t>
            </w:r>
            <w:r w:rsidR="005A67C8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</w:t>
            </w:r>
            <w:r w:rsidRPr="000B7E2F">
              <w:rPr>
                <w:rFonts w:ascii="BIZ UDP明朝 Medium" w:eastAsia="BIZ UDP明朝 Medium" w:hAnsi="BIZ UDP明朝 Medium"/>
                <w:sz w:val="20"/>
                <w:lang w:eastAsia="ja-JP"/>
              </w:rPr>
              <w:t>介護職員初任者研修</w:t>
            </w:r>
            <w:r w:rsidR="00453A30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>または実務者研修</w:t>
            </w:r>
            <w:r w:rsidRPr="000B7E2F">
              <w:rPr>
                <w:rFonts w:ascii="BIZ UDP明朝 Medium" w:eastAsia="BIZ UDP明朝 Medium" w:hAnsi="BIZ UDP明朝 Medium"/>
                <w:sz w:val="20"/>
                <w:lang w:eastAsia="ja-JP"/>
              </w:rPr>
              <w:t>修了</w:t>
            </w:r>
          </w:p>
        </w:tc>
        <w:tc>
          <w:tcPr>
            <w:tcW w:w="5164" w:type="dxa"/>
            <w:vAlign w:val="center"/>
          </w:tcPr>
          <w:p w14:paraId="7A746ABB" w14:textId="021AC151" w:rsidR="00DF5FE1" w:rsidRPr="000B7E2F" w:rsidRDefault="00416B92" w:rsidP="0051733E">
            <w:pPr>
              <w:ind w:firstLineChars="100" w:firstLine="200"/>
              <w:rPr>
                <w:rFonts w:ascii="BIZ UDP明朝 Medium" w:eastAsia="BIZ UDP明朝 Medium" w:hAnsi="BIZ UDP明朝 Medium"/>
              </w:rPr>
            </w:pPr>
            <w:proofErr w:type="spellStart"/>
            <w:r w:rsidRPr="000B7E2F">
              <w:rPr>
                <w:rFonts w:ascii="BIZ UDP明朝 Medium" w:eastAsia="BIZ UDP明朝 Medium" w:hAnsi="BIZ UDP明朝 Medium"/>
                <w:sz w:val="20"/>
              </w:rPr>
              <w:t>修了年月</w:t>
            </w:r>
            <w:proofErr w:type="spellEnd"/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：　　　　</w:t>
            </w:r>
            <w:r w:rsidR="0051733E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</w:t>
            </w:r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年　　</w:t>
            </w:r>
            <w:r w:rsidR="0051733E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</w:t>
            </w:r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　月</w:t>
            </w:r>
          </w:p>
        </w:tc>
      </w:tr>
      <w:tr w:rsidR="00DF5FE1" w:rsidRPr="000B7E2F" w14:paraId="2F5F8764" w14:textId="77777777" w:rsidTr="009F111B">
        <w:trPr>
          <w:trHeight w:val="573"/>
          <w:jc w:val="center"/>
        </w:trPr>
        <w:tc>
          <w:tcPr>
            <w:tcW w:w="5164" w:type="dxa"/>
            <w:vAlign w:val="center"/>
          </w:tcPr>
          <w:p w14:paraId="3D97B7B0" w14:textId="0A60BE1C" w:rsidR="00DF5FE1" w:rsidRPr="000B7E2F" w:rsidRDefault="00416B92" w:rsidP="00B274A1">
            <w:pPr>
              <w:ind w:firstLineChars="100" w:firstLine="200"/>
              <w:rPr>
                <w:rFonts w:ascii="BIZ UDP明朝 Medium" w:eastAsia="BIZ UDP明朝 Medium" w:hAnsi="BIZ UDP明朝 Medium"/>
              </w:rPr>
            </w:pPr>
            <w:r w:rsidRPr="000B7E2F">
              <w:rPr>
                <w:rFonts w:ascii="BIZ UDP明朝 Medium" w:eastAsia="BIZ UDP明朝 Medium" w:hAnsi="BIZ UDP明朝 Medium"/>
                <w:sz w:val="20"/>
              </w:rPr>
              <w:t>□</w:t>
            </w:r>
            <w:r w:rsidR="005A67C8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</w:t>
            </w:r>
            <w:r w:rsidR="00DB44EF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>保有資格なし</w:t>
            </w:r>
          </w:p>
        </w:tc>
        <w:tc>
          <w:tcPr>
            <w:tcW w:w="5164" w:type="dxa"/>
            <w:vAlign w:val="center"/>
          </w:tcPr>
          <w:p w14:paraId="006EA293" w14:textId="734BFFE6" w:rsidR="00DF5FE1" w:rsidRPr="000B7E2F" w:rsidRDefault="00DF5FE1" w:rsidP="0051733E">
            <w:pPr>
              <w:ind w:firstLineChars="100" w:firstLine="210"/>
              <w:rPr>
                <w:rFonts w:ascii="BIZ UDP明朝 Medium" w:eastAsia="BIZ UDP明朝 Medium" w:hAnsi="BIZ UDP明朝 Medium"/>
              </w:rPr>
            </w:pPr>
          </w:p>
        </w:tc>
      </w:tr>
    </w:tbl>
    <w:p w14:paraId="41D200F6" w14:textId="77777777" w:rsidR="00DA6783" w:rsidRPr="00EF21F7" w:rsidRDefault="00DA6783">
      <w:pPr>
        <w:spacing w:before="100" w:after="60"/>
        <w:rPr>
          <w:rFonts w:ascii="BIZ UDP明朝 Medium" w:eastAsia="BIZ UDP明朝 Medium" w:hAnsi="BIZ UDP明朝 Medium"/>
          <w:b/>
          <w:sz w:val="14"/>
          <w:szCs w:val="12"/>
          <w:lang w:eastAsia="ja-JP"/>
        </w:rPr>
      </w:pPr>
    </w:p>
    <w:p w14:paraId="7DF1A670" w14:textId="190510A1" w:rsidR="00DF5FE1" w:rsidRPr="000B7E2F" w:rsidRDefault="00416B92">
      <w:pPr>
        <w:spacing w:before="100" w:after="6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b/>
          <w:sz w:val="23"/>
          <w:lang w:eastAsia="ja-JP"/>
        </w:rPr>
        <w:t>３．受講する研修課程</w:t>
      </w:r>
    </w:p>
    <w:p w14:paraId="3A8B2161" w14:textId="77777777" w:rsidR="00DF5FE1" w:rsidRPr="000B7E2F" w:rsidRDefault="00416B92" w:rsidP="00A65966">
      <w:pPr>
        <w:spacing w:after="0"/>
        <w:ind w:firstLineChars="100" w:firstLine="21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lang w:eastAsia="ja-JP"/>
        </w:rPr>
        <w:t>□ 基本研修（講義・演習）</w:t>
      </w:r>
    </w:p>
    <w:p w14:paraId="068C6879" w14:textId="77777777" w:rsidR="00DF5FE1" w:rsidRPr="000B7E2F" w:rsidRDefault="00416B92" w:rsidP="00A65966">
      <w:pPr>
        <w:spacing w:after="0"/>
        <w:ind w:firstLineChars="100" w:firstLine="21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lang w:eastAsia="ja-JP"/>
        </w:rPr>
        <w:t>□ 実地研修</w:t>
      </w:r>
    </w:p>
    <w:p w14:paraId="5390A274" w14:textId="77777777" w:rsidR="00DF5FE1" w:rsidRPr="000B7E2F" w:rsidRDefault="00416B92" w:rsidP="00A65966">
      <w:pPr>
        <w:spacing w:after="0"/>
        <w:ind w:firstLineChars="100" w:firstLine="21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lang w:eastAsia="ja-JP"/>
        </w:rPr>
        <w:t>□ 基本研修免除者（受講済み研修等を確認のうえ、対象科目を記載）</w:t>
      </w:r>
    </w:p>
    <w:p w14:paraId="0D382101" w14:textId="77777777" w:rsidR="00DA6783" w:rsidRPr="00EF21F7" w:rsidRDefault="00DA6783">
      <w:pPr>
        <w:spacing w:before="100" w:after="60"/>
        <w:rPr>
          <w:rFonts w:ascii="BIZ UDP明朝 Medium" w:eastAsia="BIZ UDP明朝 Medium" w:hAnsi="BIZ UDP明朝 Medium"/>
          <w:b/>
          <w:sz w:val="14"/>
          <w:szCs w:val="12"/>
          <w:lang w:eastAsia="ja-JP"/>
        </w:rPr>
      </w:pPr>
    </w:p>
    <w:p w14:paraId="6EB51454" w14:textId="4596CD82" w:rsidR="00DF5FE1" w:rsidRPr="000B7E2F" w:rsidRDefault="00856154">
      <w:pPr>
        <w:spacing w:before="100" w:after="60"/>
        <w:rPr>
          <w:rFonts w:ascii="BIZ UDP明朝 Medium" w:eastAsia="BIZ UDP明朝 Medium" w:hAnsi="BIZ UDP明朝 Medium"/>
          <w:lang w:eastAsia="ja-JP"/>
        </w:rPr>
      </w:pPr>
      <w:r>
        <w:rPr>
          <w:rFonts w:ascii="BIZ UDP明朝 Medium" w:eastAsia="BIZ UDP明朝 Medium" w:hAnsi="BIZ UDP明朝 Medium" w:hint="eastAsia"/>
          <w:b/>
          <w:sz w:val="23"/>
          <w:lang w:eastAsia="ja-JP"/>
        </w:rPr>
        <w:t>4</w:t>
      </w:r>
      <w:r w:rsidR="00416B92" w:rsidRPr="000B7E2F">
        <w:rPr>
          <w:rFonts w:ascii="BIZ UDP明朝 Medium" w:eastAsia="BIZ UDP明朝 Medium" w:hAnsi="BIZ UDP明朝 Medium"/>
          <w:b/>
          <w:sz w:val="23"/>
          <w:lang w:eastAsia="ja-JP"/>
        </w:rPr>
        <w:t>．実地研修を希望する特定行為</w:t>
      </w:r>
    </w:p>
    <w:p w14:paraId="33D9D2B4" w14:textId="77777777" w:rsidR="00DF5FE1" w:rsidRPr="000B7E2F" w:rsidRDefault="00416B92" w:rsidP="00990785">
      <w:pPr>
        <w:spacing w:after="40"/>
        <w:ind w:firstLineChars="100" w:firstLine="21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lang w:eastAsia="ja-JP"/>
        </w:rPr>
        <w:t>実地研修を希望する行為にチェックをしてください。</w:t>
      </w:r>
    </w:p>
    <w:p w14:paraId="4675045A" w14:textId="77777777" w:rsidR="00DF5FE1" w:rsidRPr="000B7E2F" w:rsidRDefault="00416B92" w:rsidP="00A65966">
      <w:pPr>
        <w:spacing w:after="0"/>
        <w:ind w:firstLineChars="100" w:firstLine="21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lang w:eastAsia="ja-JP"/>
        </w:rPr>
        <w:t>□ 口腔内の喀痰吸引</w:t>
      </w:r>
    </w:p>
    <w:p w14:paraId="1234DD0B" w14:textId="77777777" w:rsidR="00DF5FE1" w:rsidRPr="000B7E2F" w:rsidRDefault="00416B92" w:rsidP="00A65966">
      <w:pPr>
        <w:spacing w:after="0"/>
        <w:ind w:firstLineChars="100" w:firstLine="21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lang w:eastAsia="ja-JP"/>
        </w:rPr>
        <w:t>□ 鼻腔内の喀痰吸引</w:t>
      </w:r>
    </w:p>
    <w:p w14:paraId="1110BB80" w14:textId="77777777" w:rsidR="00DF5FE1" w:rsidRPr="000B7E2F" w:rsidRDefault="00416B92" w:rsidP="00A65966">
      <w:pPr>
        <w:spacing w:after="0"/>
        <w:ind w:firstLineChars="100" w:firstLine="21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lang w:eastAsia="ja-JP"/>
        </w:rPr>
        <w:t>□ 気管カニューレ内部の喀痰吸引</w:t>
      </w:r>
    </w:p>
    <w:p w14:paraId="78FC9A5B" w14:textId="704489B5" w:rsidR="00DF5FE1" w:rsidRPr="000B7E2F" w:rsidRDefault="00416B92" w:rsidP="00A65966">
      <w:pPr>
        <w:spacing w:after="0"/>
        <w:ind w:firstLineChars="100" w:firstLine="21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lang w:eastAsia="ja-JP"/>
        </w:rPr>
        <w:t>□ 胃ろう</w:t>
      </w:r>
      <w:r w:rsidR="00BB6D51">
        <w:rPr>
          <w:rFonts w:ascii="BIZ UDP明朝 Medium" w:eastAsia="BIZ UDP明朝 Medium" w:hAnsi="BIZ UDP明朝 Medium" w:hint="eastAsia"/>
          <w:lang w:eastAsia="ja-JP"/>
        </w:rPr>
        <w:t>・</w:t>
      </w:r>
      <w:r w:rsidRPr="000B7E2F">
        <w:rPr>
          <w:rFonts w:ascii="BIZ UDP明朝 Medium" w:eastAsia="BIZ UDP明朝 Medium" w:hAnsi="BIZ UDP明朝 Medium"/>
          <w:lang w:eastAsia="ja-JP"/>
        </w:rPr>
        <w:t>腸ろうによる経管栄養</w:t>
      </w:r>
    </w:p>
    <w:p w14:paraId="0DBA93B1" w14:textId="77777777" w:rsidR="00DF5FE1" w:rsidRPr="000B7E2F" w:rsidRDefault="00416B92" w:rsidP="00A65966">
      <w:pPr>
        <w:spacing w:after="0"/>
        <w:ind w:firstLineChars="100" w:firstLine="210"/>
        <w:rPr>
          <w:rFonts w:ascii="BIZ UDP明朝 Medium" w:eastAsia="BIZ UDP明朝 Medium" w:hAnsi="BIZ UDP明朝 Medium"/>
        </w:rPr>
      </w:pPr>
      <w:r w:rsidRPr="000B7E2F">
        <w:rPr>
          <w:rFonts w:ascii="BIZ UDP明朝 Medium" w:eastAsia="BIZ UDP明朝 Medium" w:hAnsi="BIZ UDP明朝 Medium"/>
        </w:rPr>
        <w:t xml:space="preserve">□ </w:t>
      </w:r>
      <w:proofErr w:type="spellStart"/>
      <w:r w:rsidRPr="000B7E2F">
        <w:rPr>
          <w:rFonts w:ascii="BIZ UDP明朝 Medium" w:eastAsia="BIZ UDP明朝 Medium" w:hAnsi="BIZ UDP明朝 Medium"/>
        </w:rPr>
        <w:t>経鼻経管栄養</w:t>
      </w:r>
      <w:proofErr w:type="spellEnd"/>
    </w:p>
    <w:p w14:paraId="46F2CDFC" w14:textId="77777777" w:rsidR="00DA6783" w:rsidRDefault="00DA6783">
      <w:pPr>
        <w:spacing w:before="100" w:after="60"/>
        <w:rPr>
          <w:rFonts w:ascii="BIZ UDP明朝 Medium" w:eastAsia="BIZ UDP明朝 Medium" w:hAnsi="BIZ UDP明朝 Medium"/>
          <w:b/>
          <w:sz w:val="10"/>
          <w:szCs w:val="8"/>
          <w:lang w:eastAsia="ja-JP"/>
        </w:rPr>
      </w:pPr>
    </w:p>
    <w:p w14:paraId="0430D778" w14:textId="77777777" w:rsidR="00BA6149" w:rsidRDefault="00BA6149">
      <w:pPr>
        <w:spacing w:before="100" w:after="60"/>
        <w:rPr>
          <w:rFonts w:ascii="BIZ UDP明朝 Medium" w:eastAsia="BIZ UDP明朝 Medium" w:hAnsi="BIZ UDP明朝 Medium"/>
          <w:b/>
          <w:sz w:val="10"/>
          <w:szCs w:val="8"/>
          <w:lang w:eastAsia="ja-JP"/>
        </w:rPr>
      </w:pPr>
    </w:p>
    <w:p w14:paraId="433D7D7D" w14:textId="77777777" w:rsidR="00BA6149" w:rsidRDefault="00BA6149">
      <w:pPr>
        <w:spacing w:before="100" w:after="60"/>
        <w:rPr>
          <w:rFonts w:ascii="BIZ UDP明朝 Medium" w:eastAsia="BIZ UDP明朝 Medium" w:hAnsi="BIZ UDP明朝 Medium"/>
          <w:b/>
          <w:sz w:val="10"/>
          <w:szCs w:val="8"/>
          <w:lang w:eastAsia="ja-JP"/>
        </w:rPr>
      </w:pPr>
    </w:p>
    <w:p w14:paraId="10FFA4D4" w14:textId="77777777" w:rsidR="00BA6149" w:rsidRPr="007776EE" w:rsidRDefault="00BA6149">
      <w:pPr>
        <w:spacing w:before="100" w:after="60"/>
        <w:rPr>
          <w:rFonts w:ascii="BIZ UDP明朝 Medium" w:eastAsia="BIZ UDP明朝 Medium" w:hAnsi="BIZ UDP明朝 Medium"/>
          <w:b/>
          <w:sz w:val="10"/>
          <w:szCs w:val="8"/>
          <w:lang w:eastAsia="ja-JP"/>
        </w:rPr>
      </w:pPr>
    </w:p>
    <w:p w14:paraId="49C09FE1" w14:textId="7ABC798B" w:rsidR="00DF5FE1" w:rsidRPr="000B7E2F" w:rsidRDefault="00990785">
      <w:pPr>
        <w:spacing w:before="100" w:after="6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  <w:b/>
          <w:sz w:val="23"/>
          <w:lang w:eastAsia="ja-JP"/>
        </w:rPr>
        <w:t>5</w:t>
      </w:r>
      <w:r w:rsidR="00416B92" w:rsidRPr="000B7E2F">
        <w:rPr>
          <w:rFonts w:ascii="BIZ UDP明朝 Medium" w:eastAsia="BIZ UDP明朝 Medium" w:hAnsi="BIZ UDP明朝 Medium"/>
          <w:b/>
          <w:sz w:val="23"/>
        </w:rPr>
        <w:t>．実地研修場所</w:t>
      </w:r>
    </w:p>
    <w:p w14:paraId="7DC24583" w14:textId="77777777" w:rsidR="00DF5FE1" w:rsidRPr="000B7E2F" w:rsidRDefault="00416B92" w:rsidP="00A65966">
      <w:pPr>
        <w:spacing w:after="0"/>
        <w:ind w:firstLineChars="100" w:firstLine="21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lang w:eastAsia="ja-JP"/>
        </w:rPr>
        <w:t>□ 玄々堂君津病院</w:t>
      </w:r>
    </w:p>
    <w:p w14:paraId="699D5C10" w14:textId="77777777" w:rsidR="00DA6783" w:rsidRPr="00EF21F7" w:rsidRDefault="00DA6783">
      <w:pPr>
        <w:spacing w:before="100" w:after="60"/>
        <w:rPr>
          <w:rFonts w:ascii="BIZ UDP明朝 Medium" w:eastAsia="BIZ UDP明朝 Medium" w:hAnsi="BIZ UDP明朝 Medium"/>
          <w:b/>
          <w:sz w:val="14"/>
          <w:szCs w:val="12"/>
          <w:lang w:eastAsia="ja-JP"/>
        </w:rPr>
      </w:pPr>
    </w:p>
    <w:p w14:paraId="74FD1520" w14:textId="11163DF1" w:rsidR="00DF5FE1" w:rsidRPr="000B7E2F" w:rsidRDefault="00990785">
      <w:pPr>
        <w:spacing w:before="100" w:after="60"/>
        <w:rPr>
          <w:rFonts w:ascii="BIZ UDP明朝 Medium" w:eastAsia="BIZ UDP明朝 Medium" w:hAnsi="BIZ UDP明朝 Medium"/>
          <w:lang w:eastAsia="ja-JP"/>
        </w:rPr>
      </w:pPr>
      <w:r>
        <w:rPr>
          <w:rFonts w:ascii="BIZ UDP明朝 Medium" w:eastAsia="BIZ UDP明朝 Medium" w:hAnsi="BIZ UDP明朝 Medium" w:hint="eastAsia"/>
          <w:b/>
          <w:sz w:val="23"/>
          <w:lang w:eastAsia="ja-JP"/>
        </w:rPr>
        <w:t>6</w:t>
      </w:r>
      <w:r w:rsidR="00416B92" w:rsidRPr="000B7E2F">
        <w:rPr>
          <w:rFonts w:ascii="BIZ UDP明朝 Medium" w:eastAsia="BIZ UDP明朝 Medium" w:hAnsi="BIZ UDP明朝 Medium"/>
          <w:b/>
          <w:sz w:val="23"/>
          <w:lang w:eastAsia="ja-JP"/>
        </w:rPr>
        <w:t>．その他の確認事項</w:t>
      </w:r>
    </w:p>
    <w:p w14:paraId="2C20699B" w14:textId="77777777" w:rsidR="00DF5FE1" w:rsidRPr="000B7E2F" w:rsidRDefault="00416B92" w:rsidP="00990785">
      <w:pPr>
        <w:spacing w:after="0"/>
        <w:ind w:firstLineChars="100" w:firstLine="21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lang w:eastAsia="ja-JP"/>
        </w:rPr>
        <w:t>① 刑罰の有無（過去２年以内）</w:t>
      </w:r>
    </w:p>
    <w:p w14:paraId="7280383F" w14:textId="77777777" w:rsidR="00DF5FE1" w:rsidRPr="000B7E2F" w:rsidRDefault="00416B92" w:rsidP="00990785">
      <w:pPr>
        <w:spacing w:after="40"/>
        <w:ind w:firstLineChars="200" w:firstLine="42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lang w:eastAsia="ja-JP"/>
        </w:rPr>
        <w:t>□ なし　　□ あり（内容：　　　　　　　　　　　　　　　　　　　　　　）</w:t>
      </w:r>
    </w:p>
    <w:p w14:paraId="3BFABA07" w14:textId="77777777" w:rsidR="00DF5FE1" w:rsidRPr="000B7E2F" w:rsidRDefault="00416B92" w:rsidP="00990785">
      <w:pPr>
        <w:spacing w:after="0"/>
        <w:ind w:firstLineChars="100" w:firstLine="21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lang w:eastAsia="ja-JP"/>
        </w:rPr>
        <w:t>② 健康状態</w:t>
      </w:r>
    </w:p>
    <w:p w14:paraId="1CBF832D" w14:textId="77777777" w:rsidR="00DF5FE1" w:rsidRPr="000B7E2F" w:rsidRDefault="00416B92" w:rsidP="00990785">
      <w:pPr>
        <w:spacing w:after="40"/>
        <w:ind w:firstLineChars="200" w:firstLine="42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lang w:eastAsia="ja-JP"/>
        </w:rPr>
        <w:t>□ 特に問題なし　　□ 研修が終了するまで健康を保てるか心配がある</w:t>
      </w:r>
    </w:p>
    <w:p w14:paraId="767C3289" w14:textId="77777777" w:rsidR="00DA6783" w:rsidRPr="004454F5" w:rsidRDefault="00DA6783">
      <w:pPr>
        <w:spacing w:before="100" w:after="60"/>
        <w:rPr>
          <w:rFonts w:ascii="BIZ UDP明朝 Medium" w:eastAsia="BIZ UDP明朝 Medium" w:hAnsi="BIZ UDP明朝 Medium"/>
          <w:b/>
          <w:sz w:val="10"/>
          <w:szCs w:val="8"/>
          <w:lang w:eastAsia="ja-JP"/>
        </w:rPr>
      </w:pPr>
    </w:p>
    <w:p w14:paraId="49D109B6" w14:textId="1A4E09D8" w:rsidR="00DF5FE1" w:rsidRPr="000B7E2F" w:rsidRDefault="007F1556">
      <w:pPr>
        <w:spacing w:before="100" w:after="60"/>
        <w:rPr>
          <w:rFonts w:ascii="BIZ UDP明朝 Medium" w:eastAsia="BIZ UDP明朝 Medium" w:hAnsi="BIZ UDP明朝 Medium"/>
          <w:lang w:eastAsia="ja-JP"/>
        </w:rPr>
      </w:pPr>
      <w:r>
        <w:rPr>
          <w:rFonts w:ascii="BIZ UDP明朝 Medium" w:eastAsia="BIZ UDP明朝 Medium" w:hAnsi="BIZ UDP明朝 Medium" w:hint="eastAsia"/>
          <w:b/>
          <w:sz w:val="23"/>
          <w:lang w:eastAsia="ja-JP"/>
        </w:rPr>
        <w:t>7</w:t>
      </w:r>
      <w:r w:rsidR="00416B92" w:rsidRPr="000B7E2F">
        <w:rPr>
          <w:rFonts w:ascii="BIZ UDP明朝 Medium" w:eastAsia="BIZ UDP明朝 Medium" w:hAnsi="BIZ UDP明朝 Medium"/>
          <w:b/>
          <w:sz w:val="23"/>
          <w:lang w:eastAsia="ja-JP"/>
        </w:rPr>
        <w:t>．確認・同意</w:t>
      </w:r>
    </w:p>
    <w:p w14:paraId="736E6C26" w14:textId="7AF8C3DA" w:rsidR="00DF5FE1" w:rsidRPr="000B7E2F" w:rsidRDefault="00416B92" w:rsidP="00990785">
      <w:pPr>
        <w:spacing w:after="80"/>
        <w:ind w:firstLineChars="100" w:firstLine="21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lang w:eastAsia="ja-JP"/>
        </w:rPr>
        <w:t>募集要項、研修内容</w:t>
      </w:r>
      <w:r w:rsidR="004933FC">
        <w:rPr>
          <w:rFonts w:ascii="BIZ UDP明朝 Medium" w:eastAsia="BIZ UDP明朝 Medium" w:hAnsi="BIZ UDP明朝 Medium" w:hint="eastAsia"/>
          <w:lang w:eastAsia="ja-JP"/>
        </w:rPr>
        <w:t>及び</w:t>
      </w:r>
      <w:r w:rsidRPr="000B7E2F">
        <w:rPr>
          <w:rFonts w:ascii="BIZ UDP明朝 Medium" w:eastAsia="BIZ UDP明朝 Medium" w:hAnsi="BIZ UDP明朝 Medium"/>
          <w:lang w:eastAsia="ja-JP"/>
        </w:rPr>
        <w:t>感染予防対策等について確認し、その内容を理解したうえで、本申込書を提出します。</w:t>
      </w:r>
    </w:p>
    <w:p w14:paraId="1B65DF77" w14:textId="77777777" w:rsidR="002E309D" w:rsidRPr="002E309D" w:rsidRDefault="002E309D" w:rsidP="002E309D">
      <w:pPr>
        <w:spacing w:after="40"/>
        <w:rPr>
          <w:rFonts w:ascii="BIZ UDP明朝 Medium" w:eastAsia="BIZ UDP明朝 Medium" w:hAnsi="BIZ UDP明朝 Medium"/>
          <w:spacing w:val="210"/>
          <w:lang w:eastAsia="ja-JP"/>
        </w:rPr>
      </w:pPr>
    </w:p>
    <w:p w14:paraId="6E37D042" w14:textId="3CA14EF1" w:rsidR="00DF5FE1" w:rsidRPr="000B7E2F" w:rsidRDefault="00416B92" w:rsidP="00E63403">
      <w:pPr>
        <w:spacing w:after="40" w:line="480" w:lineRule="auto"/>
        <w:ind w:leftChars="135" w:left="283"/>
        <w:rPr>
          <w:rFonts w:ascii="BIZ UDP明朝 Medium" w:eastAsia="BIZ UDP明朝 Medium" w:hAnsi="BIZ UDP明朝 Medium"/>
        </w:rPr>
      </w:pPr>
      <w:proofErr w:type="spellStart"/>
      <w:r w:rsidRPr="002E309D">
        <w:rPr>
          <w:rFonts w:ascii="BIZ UDP明朝 Medium" w:eastAsia="BIZ UDP明朝 Medium" w:hAnsi="BIZ UDP明朝 Medium"/>
          <w:spacing w:val="210"/>
          <w:fitText w:val="1050" w:id="-381388799"/>
        </w:rPr>
        <w:t>申込</w:t>
      </w:r>
      <w:r w:rsidRPr="002E309D">
        <w:rPr>
          <w:rFonts w:ascii="BIZ UDP明朝 Medium" w:eastAsia="BIZ UDP明朝 Medium" w:hAnsi="BIZ UDP明朝 Medium"/>
          <w:fitText w:val="1050" w:id="-381388799"/>
        </w:rPr>
        <w:t>日</w:t>
      </w:r>
      <w:proofErr w:type="spellEnd"/>
      <w:r w:rsidRPr="000B7E2F">
        <w:rPr>
          <w:rFonts w:ascii="BIZ UDP明朝 Medium" w:eastAsia="BIZ UDP明朝 Medium" w:hAnsi="BIZ UDP明朝 Medium"/>
        </w:rPr>
        <w:t xml:space="preserve">：　　</w:t>
      </w:r>
      <w:r w:rsidR="00891212">
        <w:rPr>
          <w:rFonts w:ascii="BIZ UDP明朝 Medium" w:eastAsia="BIZ UDP明朝 Medium" w:hAnsi="BIZ UDP明朝 Medium" w:hint="eastAsia"/>
          <w:lang w:eastAsia="ja-JP"/>
        </w:rPr>
        <w:t xml:space="preserve">　　　　</w:t>
      </w:r>
      <w:r w:rsidRPr="000B7E2F">
        <w:rPr>
          <w:rFonts w:ascii="BIZ UDP明朝 Medium" w:eastAsia="BIZ UDP明朝 Medium" w:hAnsi="BIZ UDP明朝 Medium"/>
        </w:rPr>
        <w:t xml:space="preserve">　　年</w:t>
      </w:r>
      <w:r w:rsidR="007353FC">
        <w:rPr>
          <w:rFonts w:ascii="BIZ UDP明朝 Medium" w:eastAsia="BIZ UDP明朝 Medium" w:hAnsi="BIZ UDP明朝 Medium" w:hint="eastAsia"/>
          <w:lang w:eastAsia="ja-JP"/>
        </w:rPr>
        <w:t xml:space="preserve">　　　　</w:t>
      </w:r>
      <w:r w:rsidRPr="000B7E2F">
        <w:rPr>
          <w:rFonts w:ascii="BIZ UDP明朝 Medium" w:eastAsia="BIZ UDP明朝 Medium" w:hAnsi="BIZ UDP明朝 Medium"/>
        </w:rPr>
        <w:t>月</w:t>
      </w:r>
      <w:r w:rsidR="007353FC">
        <w:rPr>
          <w:rFonts w:ascii="BIZ UDP明朝 Medium" w:eastAsia="BIZ UDP明朝 Medium" w:hAnsi="BIZ UDP明朝 Medium" w:hint="eastAsia"/>
          <w:lang w:eastAsia="ja-JP"/>
        </w:rPr>
        <w:t xml:space="preserve">　　　　</w:t>
      </w:r>
      <w:r w:rsidRPr="000B7E2F">
        <w:rPr>
          <w:rFonts w:ascii="BIZ UDP明朝 Medium" w:eastAsia="BIZ UDP明朝 Medium" w:hAnsi="BIZ UDP明朝 Medium"/>
        </w:rPr>
        <w:t>日</w:t>
      </w:r>
    </w:p>
    <w:p w14:paraId="6E3D67E3" w14:textId="2D9788C0" w:rsidR="00DF5FE1" w:rsidRDefault="00416B92" w:rsidP="00E63403">
      <w:pPr>
        <w:spacing w:after="120" w:line="480" w:lineRule="auto"/>
        <w:ind w:leftChars="135" w:left="283"/>
        <w:rPr>
          <w:rFonts w:ascii="BIZ UDP明朝 Medium" w:eastAsia="BIZ UDP明朝 Medium" w:hAnsi="BIZ UDP明朝 Medium"/>
          <w:lang w:eastAsia="ja-JP"/>
        </w:rPr>
      </w:pPr>
      <w:proofErr w:type="spellStart"/>
      <w:r w:rsidRPr="000B7E2F">
        <w:rPr>
          <w:rFonts w:ascii="BIZ UDP明朝 Medium" w:eastAsia="BIZ UDP明朝 Medium" w:hAnsi="BIZ UDP明朝 Medium"/>
        </w:rPr>
        <w:t>申込者氏名</w:t>
      </w:r>
      <w:proofErr w:type="spellEnd"/>
      <w:r w:rsidRPr="000B7E2F">
        <w:rPr>
          <w:rFonts w:ascii="BIZ UDP明朝 Medium" w:eastAsia="BIZ UDP明朝 Medium" w:hAnsi="BIZ UDP明朝 Medium"/>
        </w:rPr>
        <w:t xml:space="preserve">：　　</w:t>
      </w:r>
      <w:r w:rsidR="006703EB">
        <w:rPr>
          <w:rFonts w:ascii="BIZ UDP明朝 Medium" w:eastAsia="BIZ UDP明朝 Medium" w:hAnsi="BIZ UDP明朝 Medium" w:hint="eastAsia"/>
          <w:lang w:eastAsia="ja-JP"/>
        </w:rPr>
        <w:t xml:space="preserve">　</w:t>
      </w:r>
      <w:r w:rsidR="00891212">
        <w:rPr>
          <w:rFonts w:ascii="BIZ UDP明朝 Medium" w:eastAsia="BIZ UDP明朝 Medium" w:hAnsi="BIZ UDP明朝 Medium" w:hint="eastAsia"/>
          <w:lang w:eastAsia="ja-JP"/>
        </w:rPr>
        <w:t xml:space="preserve">　　　　</w:t>
      </w:r>
      <w:r w:rsidR="00D33F34">
        <w:rPr>
          <w:rFonts w:ascii="BIZ UDP明朝 Medium" w:eastAsia="BIZ UDP明朝 Medium" w:hAnsi="BIZ UDP明朝 Medium" w:hint="eastAsia"/>
          <w:lang w:eastAsia="ja-JP"/>
        </w:rPr>
        <w:t xml:space="preserve">　</w:t>
      </w:r>
      <w:r w:rsidR="006703EB">
        <w:rPr>
          <w:rFonts w:ascii="BIZ UDP明朝 Medium" w:eastAsia="BIZ UDP明朝 Medium" w:hAnsi="BIZ UDP明朝 Medium" w:hint="eastAsia"/>
          <w:lang w:eastAsia="ja-JP"/>
        </w:rPr>
        <w:t xml:space="preserve">　　</w:t>
      </w:r>
      <w:r w:rsidRPr="000B7E2F">
        <w:rPr>
          <w:rFonts w:ascii="BIZ UDP明朝 Medium" w:eastAsia="BIZ UDP明朝 Medium" w:hAnsi="BIZ UDP明朝 Medium"/>
        </w:rPr>
        <w:t xml:space="preserve">　　　　　　　　　　　　　　　　　　　　　　　</w:t>
      </w:r>
      <w:r w:rsidR="006703EB">
        <w:rPr>
          <w:rFonts w:ascii="BIZ UDP明朝 Medium" w:eastAsia="BIZ UDP明朝 Medium" w:hAnsi="BIZ UDP明朝 Medium" w:hint="eastAsia"/>
          <w:lang w:eastAsia="ja-JP"/>
        </w:rPr>
        <w:t>㊞</w:t>
      </w:r>
    </w:p>
    <w:p w14:paraId="013961F9" w14:textId="3E80A839" w:rsidR="006703EB" w:rsidRPr="00E63403" w:rsidRDefault="00E63403" w:rsidP="002E309D">
      <w:pPr>
        <w:spacing w:after="120" w:line="480" w:lineRule="auto"/>
        <w:rPr>
          <w:rFonts w:ascii="BIZ UDP明朝 Medium" w:eastAsia="BIZ UDP明朝 Medium" w:hAnsi="BIZ UDP明朝 Medium"/>
          <w:sz w:val="8"/>
          <w:szCs w:val="10"/>
          <w:lang w:eastAsia="ja-JP"/>
        </w:rPr>
      </w:pPr>
      <w:r>
        <w:rPr>
          <w:rFonts w:ascii="BIZ UDP明朝 Medium" w:eastAsia="BIZ UDP明朝 Medium" w:hAnsi="BIZ UDP明朝 Medium" w:hint="eastAsia"/>
          <w:noProof/>
          <w:sz w:val="8"/>
          <w:szCs w:val="10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C269D9" wp14:editId="255DACAC">
                <wp:simplePos x="0" y="0"/>
                <wp:positionH relativeFrom="column">
                  <wp:posOffset>-2540</wp:posOffset>
                </wp:positionH>
                <wp:positionV relativeFrom="paragraph">
                  <wp:posOffset>15240</wp:posOffset>
                </wp:positionV>
                <wp:extent cx="6572250" cy="0"/>
                <wp:effectExtent l="0" t="0" r="0" b="0"/>
                <wp:wrapNone/>
                <wp:docPr id="133337699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DDDDAC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1.2pt" to="517.3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" strokecolor="black [3200]" strokeweight="1pt">
                <v:stroke dashstyle="dash"/>
              </v:line>
            </w:pict>
          </mc:Fallback>
        </mc:AlternateContent>
      </w:r>
    </w:p>
    <w:p w14:paraId="44C76FAB" w14:textId="15ABABD5" w:rsidR="00DF5FE1" w:rsidRPr="000B7E2F" w:rsidRDefault="00416B92">
      <w:pPr>
        <w:spacing w:before="100" w:after="60"/>
        <w:rPr>
          <w:rFonts w:ascii="BIZ UDP明朝 Medium" w:eastAsia="BIZ UDP明朝 Medium" w:hAnsi="BIZ UDP明朝 Medium"/>
        </w:rPr>
      </w:pPr>
      <w:r w:rsidRPr="000B7E2F">
        <w:rPr>
          <w:rFonts w:ascii="BIZ UDP明朝 Medium" w:eastAsia="BIZ UDP明朝 Medium" w:hAnsi="BIZ UDP明朝 Medium"/>
          <w:b/>
          <w:sz w:val="23"/>
        </w:rPr>
        <w:t>９．病院記入欄</w:t>
      </w:r>
    </w:p>
    <w:tbl>
      <w:tblPr>
        <w:tblStyle w:val="afe"/>
        <w:tblW w:w="10316" w:type="dxa"/>
        <w:jc w:val="center"/>
        <w:tblLook w:val="04A0" w:firstRow="1" w:lastRow="0" w:firstColumn="1" w:lastColumn="0" w:noHBand="0" w:noVBand="1"/>
      </w:tblPr>
      <w:tblGrid>
        <w:gridCol w:w="1838"/>
        <w:gridCol w:w="8478"/>
      </w:tblGrid>
      <w:tr w:rsidR="00DF5FE1" w:rsidRPr="000B7E2F" w14:paraId="79876BD4" w14:textId="77777777" w:rsidTr="00891212">
        <w:trPr>
          <w:trHeight w:val="486"/>
          <w:jc w:val="center"/>
        </w:trPr>
        <w:tc>
          <w:tcPr>
            <w:tcW w:w="1838" w:type="dxa"/>
            <w:shd w:val="clear" w:color="auto" w:fill="CCFFFF"/>
            <w:vAlign w:val="center"/>
          </w:tcPr>
          <w:p w14:paraId="3213C4DE" w14:textId="77777777" w:rsidR="00DF5FE1" w:rsidRPr="000B7E2F" w:rsidRDefault="00416B92" w:rsidP="00B274A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B329B">
              <w:rPr>
                <w:rFonts w:ascii="BIZ UDP明朝 Medium" w:eastAsia="BIZ UDP明朝 Medium" w:hAnsi="BIZ UDP明朝 Medium"/>
                <w:b/>
                <w:spacing w:val="199"/>
                <w:sz w:val="20"/>
                <w:fitText w:val="1000" w:id="-381382144"/>
              </w:rPr>
              <w:t>受付</w:t>
            </w:r>
            <w:r w:rsidRPr="008B329B">
              <w:rPr>
                <w:rFonts w:ascii="BIZ UDP明朝 Medium" w:eastAsia="BIZ UDP明朝 Medium" w:hAnsi="BIZ UDP明朝 Medium"/>
                <w:b/>
                <w:spacing w:val="2"/>
                <w:sz w:val="20"/>
                <w:fitText w:val="1000" w:id="-381382144"/>
              </w:rPr>
              <w:t>日</w:t>
            </w:r>
          </w:p>
        </w:tc>
        <w:tc>
          <w:tcPr>
            <w:tcW w:w="8478" w:type="dxa"/>
            <w:vAlign w:val="center"/>
          </w:tcPr>
          <w:p w14:paraId="3B745902" w14:textId="3640BE5B" w:rsidR="00DF5FE1" w:rsidRPr="000B7E2F" w:rsidRDefault="00416B92">
            <w:pPr>
              <w:rPr>
                <w:rFonts w:ascii="BIZ UDP明朝 Medium" w:eastAsia="BIZ UDP明朝 Medium" w:hAnsi="BIZ UDP明朝 Medium"/>
              </w:rPr>
            </w:pPr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　　　</w:t>
            </w:r>
            <w:r w:rsidR="00FA02ED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　</w:t>
            </w:r>
            <w:r w:rsidR="008B329B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　　</w:t>
            </w:r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　年　</w:t>
            </w:r>
            <w:r w:rsidR="00FA02ED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</w:t>
            </w:r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　</w:t>
            </w:r>
            <w:r w:rsidR="00FA02ED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</w:t>
            </w:r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　月　　　</w:t>
            </w:r>
            <w:r w:rsidR="00FA02ED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　</w:t>
            </w:r>
            <w:r w:rsidRPr="000B7E2F">
              <w:rPr>
                <w:rFonts w:ascii="BIZ UDP明朝 Medium" w:eastAsia="BIZ UDP明朝 Medium" w:hAnsi="BIZ UDP明朝 Medium"/>
                <w:sz w:val="20"/>
              </w:rPr>
              <w:t>日</w:t>
            </w:r>
          </w:p>
        </w:tc>
      </w:tr>
      <w:tr w:rsidR="00DF5FE1" w:rsidRPr="000B7E2F" w14:paraId="7E4522D9" w14:textId="77777777" w:rsidTr="00891212">
        <w:trPr>
          <w:trHeight w:val="486"/>
          <w:jc w:val="center"/>
        </w:trPr>
        <w:tc>
          <w:tcPr>
            <w:tcW w:w="1838" w:type="dxa"/>
            <w:shd w:val="clear" w:color="auto" w:fill="CCFFFF"/>
            <w:vAlign w:val="center"/>
          </w:tcPr>
          <w:p w14:paraId="5B409681" w14:textId="77777777" w:rsidR="00DF5FE1" w:rsidRPr="000B7E2F" w:rsidRDefault="00416B92" w:rsidP="00B274A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B329B">
              <w:rPr>
                <w:rFonts w:ascii="BIZ UDP明朝 Medium" w:eastAsia="BIZ UDP明朝 Medium" w:hAnsi="BIZ UDP明朝 Medium"/>
                <w:b/>
                <w:spacing w:val="66"/>
                <w:sz w:val="20"/>
                <w:fitText w:val="1000" w:id="-381382143"/>
              </w:rPr>
              <w:t>受講区</w:t>
            </w:r>
            <w:r w:rsidRPr="008B329B">
              <w:rPr>
                <w:rFonts w:ascii="BIZ UDP明朝 Medium" w:eastAsia="BIZ UDP明朝 Medium" w:hAnsi="BIZ UDP明朝 Medium"/>
                <w:b/>
                <w:spacing w:val="2"/>
                <w:sz w:val="20"/>
                <w:fitText w:val="1000" w:id="-381382143"/>
              </w:rPr>
              <w:t>分</w:t>
            </w:r>
          </w:p>
        </w:tc>
        <w:tc>
          <w:tcPr>
            <w:tcW w:w="8478" w:type="dxa"/>
            <w:vAlign w:val="center"/>
          </w:tcPr>
          <w:p w14:paraId="57DAC1AE" w14:textId="4EB43C5B" w:rsidR="00DF5FE1" w:rsidRPr="000B7E2F" w:rsidRDefault="00416B92" w:rsidP="00FA02ED">
            <w:pPr>
              <w:ind w:firstLineChars="200" w:firstLine="400"/>
              <w:rPr>
                <w:rFonts w:ascii="BIZ UDP明朝 Medium" w:eastAsia="BIZ UDP明朝 Medium" w:hAnsi="BIZ UDP明朝 Medium"/>
                <w:lang w:eastAsia="ja-JP"/>
              </w:rPr>
            </w:pPr>
            <w:r w:rsidRPr="000B7E2F">
              <w:rPr>
                <w:rFonts w:ascii="BIZ UDP明朝 Medium" w:eastAsia="BIZ UDP明朝 Medium" w:hAnsi="BIZ UDP明朝 Medium"/>
                <w:sz w:val="20"/>
                <w:lang w:eastAsia="ja-JP"/>
              </w:rPr>
              <w:t xml:space="preserve">□ 基本研修　</w:t>
            </w:r>
            <w:r w:rsidR="008B329B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　</w:t>
            </w:r>
            <w:r w:rsidR="00D1235E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</w:t>
            </w:r>
            <w:r w:rsidR="00FA02ED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</w:t>
            </w:r>
            <w:r w:rsidR="00D1235E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</w:t>
            </w:r>
            <w:r w:rsidR="008B329B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</w:t>
            </w:r>
            <w:r w:rsidRPr="000B7E2F">
              <w:rPr>
                <w:rFonts w:ascii="BIZ UDP明朝 Medium" w:eastAsia="BIZ UDP明朝 Medium" w:hAnsi="BIZ UDP明朝 Medium"/>
                <w:sz w:val="20"/>
                <w:lang w:eastAsia="ja-JP"/>
              </w:rPr>
              <w:t>□ 実地研修</w:t>
            </w:r>
            <w:r w:rsidR="00D1235E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　</w:t>
            </w:r>
            <w:r w:rsidR="008B329B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　　</w:t>
            </w:r>
            <w:r w:rsidRPr="000B7E2F">
              <w:rPr>
                <w:rFonts w:ascii="BIZ UDP明朝 Medium" w:eastAsia="BIZ UDP明朝 Medium" w:hAnsi="BIZ UDP明朝 Medium"/>
                <w:sz w:val="20"/>
                <w:lang w:eastAsia="ja-JP"/>
              </w:rPr>
              <w:t xml:space="preserve">　□ その他</w:t>
            </w:r>
          </w:p>
        </w:tc>
      </w:tr>
      <w:tr w:rsidR="00DF5FE1" w:rsidRPr="000B7E2F" w14:paraId="65C628D7" w14:textId="77777777" w:rsidTr="00891212">
        <w:trPr>
          <w:trHeight w:val="486"/>
          <w:jc w:val="center"/>
        </w:trPr>
        <w:tc>
          <w:tcPr>
            <w:tcW w:w="1838" w:type="dxa"/>
            <w:shd w:val="clear" w:color="auto" w:fill="CCFFFF"/>
            <w:vAlign w:val="center"/>
          </w:tcPr>
          <w:p w14:paraId="3D56DB97" w14:textId="77777777" w:rsidR="00DF5FE1" w:rsidRPr="000B7E2F" w:rsidRDefault="00416B92" w:rsidP="00B274A1">
            <w:pPr>
              <w:jc w:val="center"/>
              <w:rPr>
                <w:rFonts w:ascii="BIZ UDP明朝 Medium" w:eastAsia="BIZ UDP明朝 Medium" w:hAnsi="BIZ UDP明朝 Medium"/>
              </w:rPr>
            </w:pPr>
            <w:proofErr w:type="spellStart"/>
            <w:r w:rsidRPr="008B329B">
              <w:rPr>
                <w:rFonts w:ascii="BIZ UDP明朝 Medium" w:eastAsia="BIZ UDP明朝 Medium" w:hAnsi="BIZ UDP明朝 Medium"/>
                <w:b/>
                <w:sz w:val="20"/>
                <w:fitText w:val="1000" w:id="-381382142"/>
              </w:rPr>
              <w:t>受講決定日</w:t>
            </w:r>
            <w:proofErr w:type="spellEnd"/>
          </w:p>
        </w:tc>
        <w:tc>
          <w:tcPr>
            <w:tcW w:w="8478" w:type="dxa"/>
            <w:vAlign w:val="center"/>
          </w:tcPr>
          <w:p w14:paraId="4832F3F7" w14:textId="06C50096" w:rsidR="00DF5FE1" w:rsidRPr="000B7E2F" w:rsidRDefault="00416B92">
            <w:pPr>
              <w:rPr>
                <w:rFonts w:ascii="BIZ UDP明朝 Medium" w:eastAsia="BIZ UDP明朝 Medium" w:hAnsi="BIZ UDP明朝 Medium"/>
              </w:rPr>
            </w:pPr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　　　</w:t>
            </w:r>
            <w:r w:rsidR="008B329B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　</w:t>
            </w:r>
            <w:r w:rsidR="00FA02ED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　</w:t>
            </w:r>
            <w:r w:rsidR="008B329B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</w:t>
            </w:r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　年　　　</w:t>
            </w:r>
            <w:r w:rsidR="00FA02ED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　</w:t>
            </w:r>
            <w:r w:rsidRPr="000B7E2F">
              <w:rPr>
                <w:rFonts w:ascii="BIZ UDP明朝 Medium" w:eastAsia="BIZ UDP明朝 Medium" w:hAnsi="BIZ UDP明朝 Medium"/>
                <w:sz w:val="20"/>
              </w:rPr>
              <w:t>月</w:t>
            </w:r>
            <w:r w:rsidR="00FA02ED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</w:t>
            </w:r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　</w:t>
            </w:r>
            <w:r w:rsidR="00FA02ED">
              <w:rPr>
                <w:rFonts w:ascii="BIZ UDP明朝 Medium" w:eastAsia="BIZ UDP明朝 Medium" w:hAnsi="BIZ UDP明朝 Medium" w:hint="eastAsia"/>
                <w:sz w:val="20"/>
                <w:lang w:eastAsia="ja-JP"/>
              </w:rPr>
              <w:t xml:space="preserve">　</w:t>
            </w:r>
            <w:r w:rsidRPr="000B7E2F">
              <w:rPr>
                <w:rFonts w:ascii="BIZ UDP明朝 Medium" w:eastAsia="BIZ UDP明朝 Medium" w:hAnsi="BIZ UDP明朝 Medium"/>
                <w:sz w:val="20"/>
              </w:rPr>
              <w:t xml:space="preserve">　　日</w:t>
            </w:r>
          </w:p>
        </w:tc>
      </w:tr>
      <w:tr w:rsidR="00DF5FE1" w:rsidRPr="000B7E2F" w14:paraId="57F1DE28" w14:textId="77777777" w:rsidTr="00891212">
        <w:trPr>
          <w:trHeight w:val="515"/>
          <w:jc w:val="center"/>
        </w:trPr>
        <w:tc>
          <w:tcPr>
            <w:tcW w:w="1838" w:type="dxa"/>
            <w:shd w:val="clear" w:color="auto" w:fill="CCFFFF"/>
            <w:vAlign w:val="center"/>
          </w:tcPr>
          <w:p w14:paraId="7E199F56" w14:textId="77777777" w:rsidR="00DF5FE1" w:rsidRPr="000B7E2F" w:rsidRDefault="00416B92" w:rsidP="00B274A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B329B">
              <w:rPr>
                <w:rFonts w:ascii="BIZ UDP明朝 Medium" w:eastAsia="BIZ UDP明朝 Medium" w:hAnsi="BIZ UDP明朝 Medium"/>
                <w:b/>
                <w:spacing w:val="199"/>
                <w:sz w:val="20"/>
                <w:fitText w:val="1000" w:id="-381382141"/>
              </w:rPr>
              <w:t>担当</w:t>
            </w:r>
            <w:r w:rsidRPr="008B329B">
              <w:rPr>
                <w:rFonts w:ascii="BIZ UDP明朝 Medium" w:eastAsia="BIZ UDP明朝 Medium" w:hAnsi="BIZ UDP明朝 Medium"/>
                <w:b/>
                <w:spacing w:val="2"/>
                <w:sz w:val="20"/>
                <w:fitText w:val="1000" w:id="-381382141"/>
              </w:rPr>
              <w:t>者</w:t>
            </w:r>
          </w:p>
        </w:tc>
        <w:tc>
          <w:tcPr>
            <w:tcW w:w="8478" w:type="dxa"/>
            <w:vAlign w:val="center"/>
          </w:tcPr>
          <w:p w14:paraId="3802A146" w14:textId="37454309" w:rsidR="00DF5FE1" w:rsidRPr="000B7E2F" w:rsidRDefault="007F1556">
            <w:pPr>
              <w:rPr>
                <w:rFonts w:ascii="BIZ UDP明朝 Medium" w:eastAsia="BIZ UDP明朝 Medium" w:hAnsi="BIZ UDP明朝 Medium"/>
                <w:lang w:eastAsia="ja-JP"/>
              </w:rPr>
            </w:pPr>
            <w:r>
              <w:rPr>
                <w:rFonts w:ascii="BIZ UDP明朝 Medium" w:eastAsia="BIZ UDP明朝 Medium" w:hAnsi="BIZ UDP明朝 Medium" w:hint="eastAsia"/>
                <w:lang w:eastAsia="ja-JP"/>
              </w:rPr>
              <w:t xml:space="preserve">　実施責任者　鳥飼 紀子</w:t>
            </w:r>
          </w:p>
        </w:tc>
      </w:tr>
      <w:tr w:rsidR="00DF5FE1" w:rsidRPr="000B7E2F" w14:paraId="5FF4A3C9" w14:textId="77777777" w:rsidTr="00891212">
        <w:trPr>
          <w:trHeight w:val="1001"/>
          <w:jc w:val="center"/>
        </w:trPr>
        <w:tc>
          <w:tcPr>
            <w:tcW w:w="1838" w:type="dxa"/>
            <w:shd w:val="clear" w:color="auto" w:fill="CCFFFF"/>
            <w:vAlign w:val="center"/>
          </w:tcPr>
          <w:p w14:paraId="74E49BAA" w14:textId="7A0CD348" w:rsidR="00DF5FE1" w:rsidRPr="000B7E2F" w:rsidRDefault="00416B92" w:rsidP="00B274A1">
            <w:pPr>
              <w:jc w:val="center"/>
              <w:rPr>
                <w:rFonts w:ascii="BIZ UDP明朝 Medium" w:eastAsia="BIZ UDP明朝 Medium" w:hAnsi="BIZ UDP明朝 Medium"/>
              </w:rPr>
            </w:pPr>
            <w:proofErr w:type="spellStart"/>
            <w:r w:rsidRPr="008B329B">
              <w:rPr>
                <w:rFonts w:ascii="BIZ UDP明朝 Medium" w:eastAsia="BIZ UDP明朝 Medium" w:hAnsi="BIZ UDP明朝 Medium"/>
                <w:b/>
                <w:spacing w:val="599"/>
                <w:sz w:val="20"/>
                <w:fitText w:val="1000" w:id="-381382140"/>
              </w:rPr>
              <w:t>備</w:t>
            </w:r>
            <w:r w:rsidRPr="008B329B">
              <w:rPr>
                <w:rFonts w:ascii="BIZ UDP明朝 Medium" w:eastAsia="BIZ UDP明朝 Medium" w:hAnsi="BIZ UDP明朝 Medium"/>
                <w:b/>
                <w:spacing w:val="1"/>
                <w:sz w:val="20"/>
                <w:fitText w:val="1000" w:id="-381382140"/>
              </w:rPr>
              <w:t>考</w:t>
            </w:r>
            <w:proofErr w:type="spellEnd"/>
          </w:p>
        </w:tc>
        <w:tc>
          <w:tcPr>
            <w:tcW w:w="8478" w:type="dxa"/>
            <w:vAlign w:val="center"/>
          </w:tcPr>
          <w:p w14:paraId="0134C19F" w14:textId="3AC55351" w:rsidR="00DF5FE1" w:rsidRPr="000B7E2F" w:rsidRDefault="00DF5FE1">
            <w:pPr>
              <w:rPr>
                <w:rFonts w:ascii="BIZ UDP明朝 Medium" w:eastAsia="BIZ UDP明朝 Medium" w:hAnsi="BIZ UDP明朝 Medium"/>
                <w:lang w:eastAsia="ja-JP"/>
              </w:rPr>
            </w:pPr>
          </w:p>
        </w:tc>
      </w:tr>
    </w:tbl>
    <w:p w14:paraId="473C4A9C" w14:textId="77777777" w:rsidR="00DF5FE1" w:rsidRPr="000B7E2F" w:rsidRDefault="00416B92">
      <w:pPr>
        <w:spacing w:before="100"/>
        <w:rPr>
          <w:rFonts w:ascii="BIZ UDP明朝 Medium" w:eastAsia="BIZ UDP明朝 Medium" w:hAnsi="BIZ UDP明朝 Medium"/>
          <w:lang w:eastAsia="ja-JP"/>
        </w:rPr>
      </w:pPr>
      <w:r w:rsidRPr="000B7E2F">
        <w:rPr>
          <w:rFonts w:ascii="BIZ UDP明朝 Medium" w:eastAsia="BIZ UDP明朝 Medium" w:hAnsi="BIZ UDP明朝 Medium"/>
          <w:sz w:val="18"/>
          <w:lang w:eastAsia="ja-JP"/>
        </w:rPr>
        <w:t>※ 受講にあたっては、必要に応じて資格証・研修修了証等の写しをご提出ください。</w:t>
      </w:r>
    </w:p>
    <w:sectPr w:rsidR="00DF5FE1" w:rsidRPr="000B7E2F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C280A" w14:textId="77777777" w:rsidR="002B676D" w:rsidRDefault="002B676D" w:rsidP="001A216A">
      <w:pPr>
        <w:spacing w:after="0" w:line="240" w:lineRule="auto"/>
      </w:pPr>
      <w:r>
        <w:separator/>
      </w:r>
    </w:p>
  </w:endnote>
  <w:endnote w:type="continuationSeparator" w:id="0">
    <w:p w14:paraId="7B51E15D" w14:textId="77777777" w:rsidR="002B676D" w:rsidRDefault="002B676D" w:rsidP="001A2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39734" w14:textId="77777777" w:rsidR="002B676D" w:rsidRDefault="002B676D" w:rsidP="001A216A">
      <w:pPr>
        <w:spacing w:after="0" w:line="240" w:lineRule="auto"/>
      </w:pPr>
      <w:r>
        <w:separator/>
      </w:r>
    </w:p>
  </w:footnote>
  <w:footnote w:type="continuationSeparator" w:id="0">
    <w:p w14:paraId="4220E9F0" w14:textId="77777777" w:rsidR="002B676D" w:rsidRDefault="002B676D" w:rsidP="001A21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5714925">
    <w:abstractNumId w:val="8"/>
  </w:num>
  <w:num w:numId="2" w16cid:durableId="327949612">
    <w:abstractNumId w:val="6"/>
  </w:num>
  <w:num w:numId="3" w16cid:durableId="513033633">
    <w:abstractNumId w:val="5"/>
  </w:num>
  <w:num w:numId="4" w16cid:durableId="1874465072">
    <w:abstractNumId w:val="4"/>
  </w:num>
  <w:num w:numId="5" w16cid:durableId="1247232401">
    <w:abstractNumId w:val="7"/>
  </w:num>
  <w:num w:numId="6" w16cid:durableId="1800956804">
    <w:abstractNumId w:val="3"/>
  </w:num>
  <w:num w:numId="7" w16cid:durableId="1008219681">
    <w:abstractNumId w:val="2"/>
  </w:num>
  <w:num w:numId="8" w16cid:durableId="1805276128">
    <w:abstractNumId w:val="1"/>
  </w:num>
  <w:num w:numId="9" w16cid:durableId="1833719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CF6"/>
    <w:rsid w:val="000B7E2F"/>
    <w:rsid w:val="000E1B51"/>
    <w:rsid w:val="0015074B"/>
    <w:rsid w:val="00191B60"/>
    <w:rsid w:val="001A216A"/>
    <w:rsid w:val="001D79B0"/>
    <w:rsid w:val="00202481"/>
    <w:rsid w:val="00273354"/>
    <w:rsid w:val="0029639D"/>
    <w:rsid w:val="002B676D"/>
    <w:rsid w:val="002C25D9"/>
    <w:rsid w:val="002D0B72"/>
    <w:rsid w:val="002E309D"/>
    <w:rsid w:val="00326F90"/>
    <w:rsid w:val="003A33E8"/>
    <w:rsid w:val="00416B92"/>
    <w:rsid w:val="004454F5"/>
    <w:rsid w:val="00453A30"/>
    <w:rsid w:val="00470D7F"/>
    <w:rsid w:val="004933FC"/>
    <w:rsid w:val="0051733E"/>
    <w:rsid w:val="005A67C8"/>
    <w:rsid w:val="005B59B0"/>
    <w:rsid w:val="005C0F15"/>
    <w:rsid w:val="00652126"/>
    <w:rsid w:val="006703EB"/>
    <w:rsid w:val="006B6292"/>
    <w:rsid w:val="007039B0"/>
    <w:rsid w:val="00707C9F"/>
    <w:rsid w:val="007353FC"/>
    <w:rsid w:val="007776EE"/>
    <w:rsid w:val="007F1556"/>
    <w:rsid w:val="00856154"/>
    <w:rsid w:val="008623BD"/>
    <w:rsid w:val="00875C24"/>
    <w:rsid w:val="00891212"/>
    <w:rsid w:val="008B329B"/>
    <w:rsid w:val="008C1669"/>
    <w:rsid w:val="00904115"/>
    <w:rsid w:val="00953D34"/>
    <w:rsid w:val="00990785"/>
    <w:rsid w:val="009F111B"/>
    <w:rsid w:val="00A64082"/>
    <w:rsid w:val="00A65966"/>
    <w:rsid w:val="00A90983"/>
    <w:rsid w:val="00AA1D8D"/>
    <w:rsid w:val="00B1229F"/>
    <w:rsid w:val="00B131F4"/>
    <w:rsid w:val="00B274A1"/>
    <w:rsid w:val="00B47730"/>
    <w:rsid w:val="00B72D4D"/>
    <w:rsid w:val="00BA6149"/>
    <w:rsid w:val="00BB6D51"/>
    <w:rsid w:val="00C9533C"/>
    <w:rsid w:val="00CB0664"/>
    <w:rsid w:val="00CF6D71"/>
    <w:rsid w:val="00D002DD"/>
    <w:rsid w:val="00D1235E"/>
    <w:rsid w:val="00D33F34"/>
    <w:rsid w:val="00D56FD0"/>
    <w:rsid w:val="00D639AC"/>
    <w:rsid w:val="00D80EFF"/>
    <w:rsid w:val="00DA6783"/>
    <w:rsid w:val="00DB44EF"/>
    <w:rsid w:val="00DF5FE1"/>
    <w:rsid w:val="00E63403"/>
    <w:rsid w:val="00EF21F7"/>
    <w:rsid w:val="00F73382"/>
    <w:rsid w:val="00F90FB1"/>
    <w:rsid w:val="00FA02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8322A7"/>
  <w14:defaultImageDpi w14:val="300"/>
  <w15:docId w15:val="{705D1037-4A16-4AF9-A8D6-D4388927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Yu Gothic" w:hAnsi="Yu Gothic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Takeshi Naganuma</cp:lastModifiedBy>
  <cp:revision>3</cp:revision>
  <cp:lastPrinted>2026-09-08T09:31:00Z</cp:lastPrinted>
  <dcterms:created xsi:type="dcterms:W3CDTF">2026-09-17T12:56:00Z</dcterms:created>
  <dcterms:modified xsi:type="dcterms:W3CDTF">2026-10-01T02:03:00Z</dcterms:modified>
  <cp:category/>
</cp:coreProperties>
</file>